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50B22" w14:textId="77777777" w:rsidR="00603671" w:rsidRDefault="00603671"/>
    <w:p w14:paraId="3298EE32" w14:textId="77777777" w:rsidR="00603671" w:rsidRDefault="00603671"/>
    <w:p w14:paraId="2FF6BBA6" w14:textId="77777777" w:rsidR="00603671" w:rsidRDefault="00603671"/>
    <w:p w14:paraId="27898DB9" w14:textId="77777777" w:rsidR="00603671" w:rsidRDefault="00000000">
      <w:pPr>
        <w:jc w:val="center"/>
      </w:pPr>
      <w:r>
        <w:rPr>
          <w:noProof/>
        </w:rPr>
        <w:drawing>
          <wp:inline distT="0" distB="0" distL="0" distR="0" wp14:anchorId="3C513459" wp14:editId="12520603">
            <wp:extent cx="1620000" cy="162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vu_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EB172" w14:textId="4A5EEF4A" w:rsidR="00603671" w:rsidRDefault="00000000">
      <w:pPr>
        <w:spacing w:after="600"/>
        <w:jc w:val="center"/>
      </w:pPr>
      <w:r>
        <w:rPr>
          <w:rFonts w:cs="Times New Roman"/>
          <w:b/>
          <w:color w:val="053384"/>
          <w:sz w:val="30"/>
        </w:rPr>
        <w:t>ĐẠI HỌC TRÀ VINH</w:t>
      </w:r>
    </w:p>
    <w:p w14:paraId="45BA47F1" w14:textId="77777777" w:rsidR="00603671" w:rsidRDefault="00000000">
      <w:pPr>
        <w:jc w:val="center"/>
      </w:pPr>
      <w:r>
        <w:rPr>
          <w:rFonts w:cs="Times New Roman"/>
          <w:b/>
          <w:color w:val="053384"/>
          <w:sz w:val="52"/>
        </w:rPr>
        <w:t>HƯỚNG DẪN SỬ DỤNG</w:t>
      </w:r>
    </w:p>
    <w:p w14:paraId="1666C71D" w14:textId="77777777" w:rsidR="00603671" w:rsidRDefault="00000000">
      <w:pPr>
        <w:spacing w:after="200"/>
        <w:jc w:val="center"/>
      </w:pPr>
      <w:r>
        <w:rPr>
          <w:rFonts w:cs="Times New Roman"/>
          <w:b/>
          <w:color w:val="053384"/>
          <w:sz w:val="60"/>
        </w:rPr>
        <w:t>ỨNG DỤNG TVU MOBILE</w:t>
      </w:r>
    </w:p>
    <w:p w14:paraId="7FF15FD9" w14:textId="77777777" w:rsidR="00603671" w:rsidRDefault="00000000">
      <w:pPr>
        <w:spacing w:after="800"/>
        <w:jc w:val="center"/>
      </w:pPr>
      <w:r>
        <w:rPr>
          <w:rFonts w:cs="Times New Roman"/>
          <w:color w:val="555E6E"/>
          <w:sz w:val="30"/>
        </w:rPr>
        <w:t>Thời khóa biểu · Điểm số · Học phí · Sự kiện</w:t>
      </w:r>
    </w:p>
    <w:p w14:paraId="69F71080" w14:textId="77777777" w:rsidR="00603671" w:rsidRDefault="00000000">
      <w:pPr>
        <w:jc w:val="center"/>
      </w:pPr>
      <w:r>
        <w:rPr>
          <w:rFonts w:cs="Times New Roman"/>
          <w:sz w:val="28"/>
        </w:rPr>
        <w:t xml:space="preserve">Dành cho: </w:t>
      </w:r>
      <w:r>
        <w:rPr>
          <w:rFonts w:cs="Times New Roman"/>
          <w:b/>
          <w:sz w:val="28"/>
        </w:rPr>
        <w:t>Sinh viên</w:t>
      </w:r>
    </w:p>
    <w:p w14:paraId="4640E454" w14:textId="77777777" w:rsidR="00603671" w:rsidRDefault="00000000">
      <w:pPr>
        <w:jc w:val="center"/>
      </w:pPr>
      <w:r>
        <w:rPr>
          <w:rFonts w:cs="Times New Roman"/>
          <w:color w:val="555E6E"/>
          <w:sz w:val="24"/>
        </w:rPr>
        <w:t>Phiên bản tài liệu 1.0 – Tháng 10/2026</w:t>
      </w:r>
    </w:p>
    <w:p w14:paraId="42843E96" w14:textId="77777777" w:rsidR="00603671" w:rsidRDefault="00000000">
      <w:r>
        <w:br w:type="page"/>
      </w:r>
    </w:p>
    <w:p w14:paraId="6661D2B0" w14:textId="77777777" w:rsidR="00603671" w:rsidRDefault="00000000">
      <w:pPr>
        <w:spacing w:after="200"/>
        <w:jc w:val="center"/>
      </w:pPr>
      <w:r>
        <w:rPr>
          <w:rFonts w:cs="Times New Roman"/>
          <w:b/>
          <w:sz w:val="32"/>
        </w:rPr>
        <w:lastRenderedPageBreak/>
        <w:t>MỤC LỤC</w:t>
      </w:r>
    </w:p>
    <w:p w14:paraId="51DC8DBE" w14:textId="77777777" w:rsidR="001148F7" w:rsidRDefault="00000000">
      <w:pPr>
        <w:pStyle w:val="TOC1"/>
        <w:tabs>
          <w:tab w:val="right" w:leader="dot" w:pos="9628"/>
        </w:tabs>
        <w:rPr>
          <w:noProof/>
        </w:rPr>
      </w:pPr>
      <w:r>
        <w:rPr>
          <w:rFonts w:cs="Times New Roman"/>
          <w:sz w:val="24"/>
        </w:rPr>
        <w:fldChar w:fldCharType="begin"/>
      </w:r>
      <w:r>
        <w:rPr>
          <w:rFonts w:cs="Times New Roman"/>
          <w:sz w:val="24"/>
        </w:rPr>
        <w:instrText>TOC \o "1-2" \h \z \u</w:instrText>
      </w:r>
      <w:r>
        <w:rPr>
          <w:rFonts w:cs="Times New Roman"/>
          <w:sz w:val="24"/>
        </w:rPr>
        <w:fldChar w:fldCharType="separate"/>
      </w:r>
      <w:hyperlink w:anchor="_Toc242370030" w:history="1">
        <w:r w:rsidR="001148F7" w:rsidRPr="00B54F94">
          <w:rPr>
            <w:rStyle w:val="Hyperlink"/>
            <w:noProof/>
          </w:rPr>
          <w:t>1. Bắt đầu nhanh</w:t>
        </w:r>
        <w:r w:rsidR="001148F7">
          <w:rPr>
            <w:noProof/>
            <w:webHidden/>
          </w:rPr>
          <w:tab/>
        </w:r>
        <w:r w:rsidR="001148F7">
          <w:rPr>
            <w:noProof/>
            <w:webHidden/>
          </w:rPr>
          <w:fldChar w:fldCharType="begin"/>
        </w:r>
        <w:r w:rsidR="001148F7">
          <w:rPr>
            <w:noProof/>
            <w:webHidden/>
          </w:rPr>
          <w:instrText xml:space="preserve"> PAGEREF _Toc242370030 \h </w:instrText>
        </w:r>
        <w:r w:rsidR="001148F7">
          <w:rPr>
            <w:noProof/>
            <w:webHidden/>
          </w:rPr>
        </w:r>
        <w:r w:rsidR="001148F7">
          <w:rPr>
            <w:noProof/>
            <w:webHidden/>
          </w:rPr>
          <w:fldChar w:fldCharType="separate"/>
        </w:r>
        <w:r w:rsidR="001148F7">
          <w:rPr>
            <w:noProof/>
            <w:webHidden/>
          </w:rPr>
          <w:t>3</w:t>
        </w:r>
        <w:r w:rsidR="001148F7">
          <w:rPr>
            <w:noProof/>
            <w:webHidden/>
          </w:rPr>
          <w:fldChar w:fldCharType="end"/>
        </w:r>
      </w:hyperlink>
    </w:p>
    <w:p w14:paraId="153689C4" w14:textId="77777777" w:rsidR="001148F7" w:rsidRDefault="001148F7">
      <w:pPr>
        <w:pStyle w:val="TOC2"/>
        <w:tabs>
          <w:tab w:val="right" w:leader="dot" w:pos="9628"/>
        </w:tabs>
        <w:rPr>
          <w:noProof/>
        </w:rPr>
      </w:pPr>
      <w:hyperlink w:anchor="_Toc242370031" w:history="1">
        <w:r w:rsidRPr="00B54F94">
          <w:rPr>
            <w:rStyle w:val="Hyperlink"/>
            <w:noProof/>
          </w:rPr>
          <w:t>1.1. Đăng nhập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_Toc242370031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84FF293" w14:textId="77777777" w:rsidR="001148F7" w:rsidRDefault="001148F7">
      <w:pPr>
        <w:pStyle w:val="TOC2"/>
        <w:tabs>
          <w:tab w:val="right" w:leader="dot" w:pos="9628"/>
        </w:tabs>
        <w:rPr>
          <w:noProof/>
        </w:rPr>
      </w:pPr>
      <w:hyperlink w:anchor="_Toc242370032" w:history="1">
        <w:r w:rsidRPr="00B54F94">
          <w:rPr>
            <w:rStyle w:val="Hyperlink"/>
            <w:noProof/>
          </w:rPr>
          <w:t>1.2. Cho phép quyền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_Toc242370032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E19F174" w14:textId="77777777" w:rsidR="001148F7" w:rsidRDefault="001148F7">
      <w:pPr>
        <w:pStyle w:val="TOC2"/>
        <w:tabs>
          <w:tab w:val="right" w:leader="dot" w:pos="9628"/>
        </w:tabs>
        <w:rPr>
          <w:noProof/>
        </w:rPr>
      </w:pPr>
      <w:hyperlink w:anchor="_Toc242370033" w:history="1">
        <w:r w:rsidRPr="00B54F94">
          <w:rPr>
            <w:rStyle w:val="Hyperlink"/>
            <w:noProof/>
          </w:rPr>
          <w:t>1.3. Đăng ký khuôn mặt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_Toc242370033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450D93E" w14:textId="77777777" w:rsidR="001148F7" w:rsidRDefault="001148F7">
      <w:pPr>
        <w:pStyle w:val="TOC1"/>
        <w:tabs>
          <w:tab w:val="right" w:leader="dot" w:pos="9628"/>
        </w:tabs>
        <w:rPr>
          <w:noProof/>
        </w:rPr>
      </w:pPr>
      <w:hyperlink w:anchor="_Toc242370034" w:history="1">
        <w:r w:rsidRPr="00B54F94">
          <w:rPr>
            <w:rStyle w:val="Hyperlink"/>
            <w:noProof/>
          </w:rPr>
          <w:t>2. Màn hình chính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_Toc242370034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CAADACB" w14:textId="77777777" w:rsidR="001148F7" w:rsidRDefault="001148F7">
      <w:pPr>
        <w:pStyle w:val="TOC1"/>
        <w:tabs>
          <w:tab w:val="right" w:leader="dot" w:pos="9628"/>
        </w:tabs>
        <w:rPr>
          <w:noProof/>
        </w:rPr>
      </w:pPr>
      <w:hyperlink w:anchor="_Toc242370035" w:history="1">
        <w:r w:rsidRPr="00B54F94">
          <w:rPr>
            <w:rStyle w:val="Hyperlink"/>
            <w:noProof/>
          </w:rPr>
          <w:t>3. Thời khóa biểu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_Toc242370035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1986B39" w14:textId="77777777" w:rsidR="001148F7" w:rsidRDefault="001148F7">
      <w:pPr>
        <w:pStyle w:val="TOC1"/>
        <w:tabs>
          <w:tab w:val="right" w:leader="dot" w:pos="9628"/>
        </w:tabs>
        <w:rPr>
          <w:noProof/>
        </w:rPr>
      </w:pPr>
      <w:hyperlink w:anchor="_Toc242370036" w:history="1">
        <w:r w:rsidRPr="00B54F94">
          <w:rPr>
            <w:rStyle w:val="Hyperlink"/>
            <w:noProof/>
          </w:rPr>
          <w:t>4. Điểm số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_Toc242370036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F563C80" w14:textId="77777777" w:rsidR="001148F7" w:rsidRDefault="001148F7">
      <w:pPr>
        <w:pStyle w:val="TOC1"/>
        <w:tabs>
          <w:tab w:val="right" w:leader="dot" w:pos="9628"/>
        </w:tabs>
        <w:rPr>
          <w:noProof/>
        </w:rPr>
      </w:pPr>
      <w:hyperlink w:anchor="_Toc242370037" w:history="1">
        <w:r w:rsidRPr="00B54F94">
          <w:rPr>
            <w:rStyle w:val="Hyperlink"/>
            <w:noProof/>
          </w:rPr>
          <w:t>5. Học phí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_Toc242370037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A5BEFB1" w14:textId="77777777" w:rsidR="001148F7" w:rsidRDefault="001148F7">
      <w:pPr>
        <w:pStyle w:val="TOC1"/>
        <w:tabs>
          <w:tab w:val="right" w:leader="dot" w:pos="9628"/>
        </w:tabs>
        <w:rPr>
          <w:noProof/>
        </w:rPr>
      </w:pPr>
      <w:hyperlink w:anchor="_Toc242370038" w:history="1">
        <w:r w:rsidRPr="00B54F94">
          <w:rPr>
            <w:rStyle w:val="Hyperlink"/>
            <w:noProof/>
          </w:rPr>
          <w:t>6. Sự kiện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_Toc242370038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4071014" w14:textId="77777777" w:rsidR="001148F7" w:rsidRDefault="001148F7">
      <w:pPr>
        <w:pStyle w:val="TOC1"/>
        <w:tabs>
          <w:tab w:val="right" w:leader="dot" w:pos="9628"/>
        </w:tabs>
        <w:rPr>
          <w:noProof/>
        </w:rPr>
      </w:pPr>
      <w:hyperlink w:anchor="_Toc242370039" w:history="1">
        <w:r w:rsidRPr="00B54F94">
          <w:rPr>
            <w:rStyle w:val="Hyperlink"/>
            <w:noProof/>
          </w:rPr>
          <w:t>7. Thông báo và Cá nhân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_Toc242370039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E007A47" w14:textId="77777777" w:rsidR="001148F7" w:rsidRDefault="001148F7">
      <w:pPr>
        <w:pStyle w:val="TOC1"/>
        <w:tabs>
          <w:tab w:val="right" w:leader="dot" w:pos="9628"/>
        </w:tabs>
        <w:rPr>
          <w:noProof/>
        </w:rPr>
      </w:pPr>
      <w:hyperlink w:anchor="_Toc242370040" w:history="1">
        <w:r w:rsidRPr="00B54F94">
          <w:rPr>
            <w:rStyle w:val="Hyperlink"/>
            <w:noProof/>
          </w:rPr>
          <w:t>8. Hỏi đáp nhanh và liên hệ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_Toc242370040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35FB350" w14:textId="77777777" w:rsidR="00603671" w:rsidRDefault="00000000">
      <w:r>
        <w:rPr>
          <w:rFonts w:cs="Times New Roman"/>
          <w:sz w:val="24"/>
        </w:rPr>
        <w:fldChar w:fldCharType="end"/>
      </w:r>
    </w:p>
    <w:p w14:paraId="596EBC68" w14:textId="77777777" w:rsidR="00603671" w:rsidRDefault="00000000">
      <w:r>
        <w:br w:type="page"/>
      </w:r>
    </w:p>
    <w:p w14:paraId="083ED267" w14:textId="77777777" w:rsidR="00603671" w:rsidRDefault="00000000">
      <w:pPr>
        <w:pStyle w:val="Heading1"/>
      </w:pPr>
      <w:bookmarkStart w:id="0" w:name="_Toc242370030"/>
      <w:r>
        <w:lastRenderedPageBreak/>
        <w:t>1. Bắt đầu nhanh</w:t>
      </w:r>
      <w:bookmarkEnd w:id="0"/>
    </w:p>
    <w:p w14:paraId="6D1A6D1E" w14:textId="77777777" w:rsidR="00603671" w:rsidRDefault="00000000">
      <w:r>
        <w:rPr>
          <w:rFonts w:cs="Times New Roman"/>
        </w:rPr>
        <w:t xml:space="preserve">Làm 4 bước dưới đây </w:t>
      </w:r>
      <w:r>
        <w:rPr>
          <w:rFonts w:cs="Times New Roman"/>
          <w:b/>
        </w:rPr>
        <w:t>một lần</w:t>
      </w:r>
      <w:r>
        <w:rPr>
          <w:rFonts w:cs="Times New Roman"/>
        </w:rPr>
        <w:t>, ngay khi nhận thông báo của nhà trường.</w:t>
      </w:r>
    </w:p>
    <w:p w14:paraId="29D8FE7A" w14:textId="77777777" w:rsidR="00603671" w:rsidRDefault="00000000">
      <w:pPr>
        <w:keepNext/>
        <w:jc w:val="center"/>
      </w:pPr>
      <w:r>
        <w:rPr>
          <w:noProof/>
        </w:rPr>
        <w:drawing>
          <wp:inline distT="0" distB="0" distL="0" distR="0" wp14:anchorId="6FBD6619" wp14:editId="5002B216">
            <wp:extent cx="6120000" cy="155823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v_bat_dau_nhanh_cb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558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75B6D" w14:textId="77777777" w:rsidR="00603671" w:rsidRDefault="00000000">
      <w:pPr>
        <w:pStyle w:val="Caption"/>
        <w:jc w:val="center"/>
      </w:pPr>
      <w:r>
        <w:rPr>
          <w:rFonts w:cs="Times New Roman"/>
        </w:rPr>
        <w:t>Hình 1. Bốn bước để bắt đầu dùng TVU Mobile</w:t>
      </w:r>
    </w:p>
    <w:p w14:paraId="236B148E" w14:textId="77777777" w:rsidR="00603671" w:rsidRDefault="00000000">
      <w:pPr>
        <w:pStyle w:val="Heading2"/>
      </w:pPr>
      <w:bookmarkStart w:id="1" w:name="_Toc242370031"/>
      <w:r>
        <w:t>1.1. Đăng nhập</w:t>
      </w:r>
      <w:bookmarkEnd w:id="1"/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742"/>
        <w:gridCol w:w="5896"/>
      </w:tblGrid>
      <w:tr w:rsidR="00603671" w14:paraId="1AC64495" w14:textId="77777777">
        <w:trPr>
          <w:jc w:val="center"/>
        </w:trPr>
        <w:tc>
          <w:tcPr>
            <w:tcW w:w="3742" w:type="dxa"/>
          </w:tcPr>
          <w:p w14:paraId="5E0048A7" w14:textId="77777777" w:rsidR="00603671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276CA24" wp14:editId="723579E0">
                  <wp:extent cx="2232000" cy="37944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v_01_dang_nhap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79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F009EE" w14:textId="77777777" w:rsidR="00603671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>Hình 2. Màn hình đăng nhập</w:t>
            </w:r>
          </w:p>
        </w:tc>
        <w:tc>
          <w:tcPr>
            <w:tcW w:w="5896" w:type="dxa"/>
            <w:vAlign w:val="center"/>
          </w:tcPr>
          <w:p w14:paraId="52B9D271" w14:textId="77777777" w:rsidR="00603671" w:rsidRDefault="00000000">
            <w:pPr>
              <w:spacing w:after="100"/>
              <w:ind w:left="425" w:hanging="425"/>
            </w:pPr>
            <w:r>
              <w:rPr>
                <w:rFonts w:cs="Times New Roman"/>
                <w:b/>
                <w:color w:val="FFFFFF"/>
                <w:sz w:val="24"/>
                <w:shd w:val="clear" w:color="auto" w:fill="DC2626"/>
              </w:rPr>
              <w:t xml:space="preserve"> 1 </w:t>
            </w:r>
            <w:r>
              <w:rPr>
                <w:rFonts w:cs="Times New Roman"/>
                <w:sz w:val="24"/>
              </w:rPr>
              <w:t xml:space="preserve">  </w:t>
            </w:r>
            <w:r>
              <w:rPr>
                <w:rFonts w:cs="Times New Roman"/>
              </w:rPr>
              <w:t xml:space="preserve">Đánh dấu ô </w:t>
            </w:r>
            <w:r>
              <w:rPr>
                <w:rFonts w:cs="Times New Roman"/>
                <w:b/>
              </w:rPr>
              <w:t>Tôi đã đọc và đồng ý với Điều khoản dịch vụ</w:t>
            </w:r>
            <w:r>
              <w:rPr>
                <w:rFonts w:cs="Times New Roman"/>
              </w:rPr>
              <w:t>.</w:t>
            </w:r>
          </w:p>
          <w:p w14:paraId="3DCB10DE" w14:textId="77777777" w:rsidR="00603671" w:rsidRDefault="00000000">
            <w:pPr>
              <w:spacing w:after="100"/>
              <w:ind w:left="425" w:hanging="425"/>
            </w:pPr>
            <w:r>
              <w:rPr>
                <w:rFonts w:cs="Times New Roman"/>
                <w:b/>
                <w:color w:val="FFFFFF"/>
                <w:sz w:val="24"/>
                <w:shd w:val="clear" w:color="auto" w:fill="DC2626"/>
              </w:rPr>
              <w:t xml:space="preserve"> 2 </w:t>
            </w:r>
            <w:r>
              <w:rPr>
                <w:rFonts w:cs="Times New Roman"/>
                <w:sz w:val="24"/>
              </w:rPr>
              <w:t xml:space="preserve">  </w:t>
            </w:r>
            <w:r>
              <w:rPr>
                <w:rFonts w:cs="Times New Roman"/>
              </w:rPr>
              <w:t xml:space="preserve">Bấm </w:t>
            </w:r>
            <w:r>
              <w:rPr>
                <w:rFonts w:cs="Times New Roman"/>
                <w:b/>
              </w:rPr>
              <w:t>ĐĂNG NHẬP</w:t>
            </w:r>
            <w:r>
              <w:rPr>
                <w:rFonts w:cs="Times New Roman"/>
              </w:rPr>
              <w:t xml:space="preserve">, nhập tài khoản và mật khẩu </w:t>
            </w:r>
            <w:r>
              <w:rPr>
                <w:rFonts w:cs="Times New Roman"/>
                <w:b/>
              </w:rPr>
              <w:t>TVU SSO</w:t>
            </w:r>
            <w:r>
              <w:rPr>
                <w:rFonts w:cs="Times New Roman"/>
              </w:rPr>
              <w:t xml:space="preserve"> (tài khoản cổng thông tin sinh viên).</w:t>
            </w:r>
          </w:p>
          <w:p w14:paraId="3252E9FE" w14:textId="77777777" w:rsidR="00603671" w:rsidRDefault="00000000">
            <w:pPr>
              <w:spacing w:after="100"/>
              <w:ind w:left="425" w:hanging="425"/>
            </w:pPr>
            <w:r>
              <w:rPr>
                <w:rFonts w:cs="Times New Roman"/>
                <w:color w:val="053384"/>
              </w:rPr>
              <w:t xml:space="preserve">•  </w:t>
            </w:r>
            <w:r>
              <w:rPr>
                <w:rFonts w:cs="Times New Roman"/>
              </w:rPr>
              <w:t>Ứng dụng ghi nhớ đăng nhập; lần sau mở là vào thẳng.</w:t>
            </w:r>
          </w:p>
          <w:p w14:paraId="31E78AD8" w14:textId="77777777" w:rsidR="00603671" w:rsidRDefault="00000000">
            <w:pPr>
              <w:spacing w:after="100"/>
              <w:ind w:left="425" w:hanging="425"/>
            </w:pPr>
            <w:r>
              <w:rPr>
                <w:rFonts w:cs="Times New Roman"/>
                <w:color w:val="053384"/>
              </w:rPr>
              <w:t xml:space="preserve">•  </w:t>
            </w:r>
            <w:r>
              <w:rPr>
                <w:rFonts w:cs="Times New Roman"/>
              </w:rPr>
              <w:t>Quên mật khẩu SSO: liên hệ Phòng CNTT (mục 8).</w:t>
            </w:r>
          </w:p>
        </w:tc>
      </w:tr>
    </w:tbl>
    <w:p w14:paraId="4341BFE0" w14:textId="77777777" w:rsidR="00603671" w:rsidRDefault="00603671">
      <w:pPr>
        <w:spacing w:after="40"/>
      </w:pPr>
    </w:p>
    <w:p w14:paraId="4C6AD39C" w14:textId="77777777" w:rsidR="00603671" w:rsidRDefault="00000000">
      <w:pPr>
        <w:pStyle w:val="Heading2"/>
      </w:pPr>
      <w:bookmarkStart w:id="2" w:name="_Toc242370032"/>
      <w:r>
        <w:t>1.2. Cho phép quyền</w:t>
      </w:r>
      <w:bookmarkEnd w:id="2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83"/>
        <w:gridCol w:w="3964"/>
        <w:gridCol w:w="3681"/>
      </w:tblGrid>
      <w:tr w:rsidR="00603671" w14:paraId="641B5D2A" w14:textId="77777777">
        <w:trPr>
          <w:tblHeader/>
          <w:jc w:val="center"/>
        </w:trPr>
        <w:tc>
          <w:tcPr>
            <w:tcW w:w="1984" w:type="dxa"/>
            <w:shd w:val="clear" w:color="auto" w:fill="053384"/>
          </w:tcPr>
          <w:p w14:paraId="3944DC57" w14:textId="77777777" w:rsidR="00603671" w:rsidRDefault="00000000">
            <w:r>
              <w:rPr>
                <w:rFonts w:cs="Times New Roman"/>
                <w:b/>
                <w:color w:val="FFFFFF"/>
                <w:sz w:val="24"/>
              </w:rPr>
              <w:t>Quyền</w:t>
            </w:r>
          </w:p>
        </w:tc>
        <w:tc>
          <w:tcPr>
            <w:tcW w:w="3969" w:type="dxa"/>
            <w:shd w:val="clear" w:color="auto" w:fill="053384"/>
          </w:tcPr>
          <w:p w14:paraId="21C5D930" w14:textId="77777777" w:rsidR="00603671" w:rsidRDefault="00000000">
            <w:r>
              <w:rPr>
                <w:rFonts w:cs="Times New Roman"/>
                <w:b/>
                <w:color w:val="FFFFFF"/>
                <w:sz w:val="24"/>
              </w:rPr>
              <w:t>Dùng để</w:t>
            </w:r>
          </w:p>
        </w:tc>
        <w:tc>
          <w:tcPr>
            <w:tcW w:w="3685" w:type="dxa"/>
            <w:shd w:val="clear" w:color="auto" w:fill="053384"/>
          </w:tcPr>
          <w:p w14:paraId="3E29C946" w14:textId="77777777" w:rsidR="00603671" w:rsidRDefault="00000000">
            <w:r>
              <w:rPr>
                <w:rFonts w:cs="Times New Roman"/>
                <w:b/>
                <w:color w:val="FFFFFF"/>
                <w:sz w:val="24"/>
              </w:rPr>
              <w:t>Nếu từ chối</w:t>
            </w:r>
          </w:p>
        </w:tc>
      </w:tr>
      <w:tr w:rsidR="00603671" w14:paraId="4F747E75" w14:textId="77777777">
        <w:trPr>
          <w:jc w:val="center"/>
        </w:trPr>
        <w:tc>
          <w:tcPr>
            <w:tcW w:w="1984" w:type="dxa"/>
          </w:tcPr>
          <w:p w14:paraId="08D21331" w14:textId="77777777" w:rsidR="00603671" w:rsidRDefault="00000000">
            <w:r>
              <w:rPr>
                <w:rFonts w:cs="Times New Roman"/>
                <w:b/>
                <w:sz w:val="24"/>
              </w:rPr>
              <w:t>Thông báo</w:t>
            </w:r>
          </w:p>
        </w:tc>
        <w:tc>
          <w:tcPr>
            <w:tcW w:w="3969" w:type="dxa"/>
          </w:tcPr>
          <w:p w14:paraId="7E36E6BC" w14:textId="77777777" w:rsidR="00603671" w:rsidRDefault="00000000">
            <w:r>
              <w:rPr>
                <w:rFonts w:cs="Times New Roman"/>
                <w:sz w:val="24"/>
              </w:rPr>
              <w:t>Nhận thông báo của trường</w:t>
            </w:r>
          </w:p>
        </w:tc>
        <w:tc>
          <w:tcPr>
            <w:tcW w:w="3685" w:type="dxa"/>
          </w:tcPr>
          <w:p w14:paraId="1B3EB362" w14:textId="77777777" w:rsidR="00603671" w:rsidRDefault="00000000">
            <w:r>
              <w:rPr>
                <w:rFonts w:cs="Times New Roman"/>
                <w:sz w:val="24"/>
              </w:rPr>
              <w:t>Vẫn xem được trong Hộp thông báo</w:t>
            </w:r>
          </w:p>
        </w:tc>
      </w:tr>
      <w:tr w:rsidR="00603671" w14:paraId="0C71C965" w14:textId="77777777">
        <w:trPr>
          <w:jc w:val="center"/>
        </w:trPr>
        <w:tc>
          <w:tcPr>
            <w:tcW w:w="1984" w:type="dxa"/>
          </w:tcPr>
          <w:p w14:paraId="43242FC3" w14:textId="77777777" w:rsidR="00603671" w:rsidRDefault="00000000">
            <w:r>
              <w:rPr>
                <w:rFonts w:cs="Times New Roman"/>
                <w:b/>
                <w:sz w:val="24"/>
              </w:rPr>
              <w:t>Camera</w:t>
            </w:r>
          </w:p>
        </w:tc>
        <w:tc>
          <w:tcPr>
            <w:tcW w:w="3969" w:type="dxa"/>
          </w:tcPr>
          <w:p w14:paraId="5E491CD6" w14:textId="77777777" w:rsidR="00603671" w:rsidRDefault="00000000">
            <w:r>
              <w:rPr>
                <w:rFonts w:cs="Times New Roman"/>
                <w:sz w:val="24"/>
              </w:rPr>
              <w:t>Đăng ký khuôn mặt, xác nhận tham gia sự kiện</w:t>
            </w:r>
          </w:p>
        </w:tc>
        <w:tc>
          <w:tcPr>
            <w:tcW w:w="3685" w:type="dxa"/>
          </w:tcPr>
          <w:p w14:paraId="35E42525" w14:textId="77777777" w:rsidR="00603671" w:rsidRDefault="00000000">
            <w:r>
              <w:rPr>
                <w:rFonts w:cs="Times New Roman"/>
                <w:sz w:val="24"/>
              </w:rPr>
              <w:t>Không xác nhận tham gia sự kiện được</w:t>
            </w:r>
          </w:p>
        </w:tc>
      </w:tr>
      <w:tr w:rsidR="00603671" w14:paraId="4F6A8403" w14:textId="77777777">
        <w:trPr>
          <w:jc w:val="center"/>
        </w:trPr>
        <w:tc>
          <w:tcPr>
            <w:tcW w:w="1984" w:type="dxa"/>
          </w:tcPr>
          <w:p w14:paraId="0447F013" w14:textId="77777777" w:rsidR="00603671" w:rsidRDefault="00000000">
            <w:r>
              <w:rPr>
                <w:rFonts w:cs="Times New Roman"/>
                <w:b/>
                <w:sz w:val="24"/>
              </w:rPr>
              <w:t>Vị trí</w:t>
            </w:r>
          </w:p>
        </w:tc>
        <w:tc>
          <w:tcPr>
            <w:tcW w:w="3969" w:type="dxa"/>
          </w:tcPr>
          <w:p w14:paraId="56D1CE36" w14:textId="77777777" w:rsidR="00603671" w:rsidRDefault="00000000">
            <w:r>
              <w:rPr>
                <w:rFonts w:cs="Times New Roman"/>
                <w:sz w:val="24"/>
              </w:rPr>
              <w:t>Xác nhận tham gia sự kiện, chỉ đường</w:t>
            </w:r>
          </w:p>
        </w:tc>
        <w:tc>
          <w:tcPr>
            <w:tcW w:w="3685" w:type="dxa"/>
          </w:tcPr>
          <w:p w14:paraId="49E0C821" w14:textId="77777777" w:rsidR="00603671" w:rsidRDefault="00000000">
            <w:r>
              <w:rPr>
                <w:rFonts w:cs="Times New Roman"/>
                <w:sz w:val="24"/>
              </w:rPr>
              <w:t>Không xác nhận tham gia sự kiện được</w:t>
            </w:r>
          </w:p>
        </w:tc>
      </w:tr>
    </w:tbl>
    <w:p w14:paraId="445741C1" w14:textId="77777777" w:rsidR="00603671" w:rsidRDefault="00603671">
      <w:pPr>
        <w:spacing w:after="40"/>
      </w:pPr>
    </w:p>
    <w:tbl>
      <w:tblPr>
        <w:tblW w:w="0" w:type="auto"/>
        <w:tblBorders>
          <w:top w:val="single" w:sz="4" w:space="0" w:color="B7791F"/>
          <w:left w:val="single" w:sz="18" w:space="0" w:color="B7791F"/>
          <w:bottom w:val="single" w:sz="4" w:space="0" w:color="B7791F"/>
          <w:right w:val="single" w:sz="4" w:space="0" w:color="B7791F"/>
        </w:tblBorders>
        <w:tblLook w:val="04A0" w:firstRow="1" w:lastRow="0" w:firstColumn="1" w:lastColumn="0" w:noHBand="0" w:noVBand="1"/>
      </w:tblPr>
      <w:tblGrid>
        <w:gridCol w:w="9610"/>
      </w:tblGrid>
      <w:tr w:rsidR="00603671" w14:paraId="3DDECA8A" w14:textId="77777777">
        <w:tc>
          <w:tcPr>
            <w:tcW w:w="9639" w:type="dxa"/>
            <w:shd w:val="clear" w:color="auto" w:fill="FDF3E1"/>
          </w:tcPr>
          <w:p w14:paraId="62825AB5" w14:textId="77777777" w:rsidR="00603671" w:rsidRDefault="00000000">
            <w:pPr>
              <w:spacing w:after="60"/>
            </w:pPr>
            <w:r>
              <w:rPr>
                <w:rFonts w:cs="Times New Roman"/>
                <w:sz w:val="25"/>
              </w:rPr>
              <w:t xml:space="preserve">Lỡ bấm từ chối: </w:t>
            </w:r>
            <w:r>
              <w:rPr>
                <w:rFonts w:cs="Times New Roman"/>
                <w:b/>
                <w:sz w:val="25"/>
              </w:rPr>
              <w:t>Cài đặt</w:t>
            </w:r>
            <w:r>
              <w:rPr>
                <w:rFonts w:cs="Times New Roman"/>
                <w:sz w:val="25"/>
              </w:rPr>
              <w:t xml:space="preserve"> điện thoại → </w:t>
            </w:r>
            <w:r>
              <w:rPr>
                <w:rFonts w:cs="Times New Roman"/>
                <w:b/>
                <w:sz w:val="25"/>
              </w:rPr>
              <w:t>Ứng dụng</w:t>
            </w:r>
            <w:r>
              <w:rPr>
                <w:rFonts w:cs="Times New Roman"/>
                <w:sz w:val="25"/>
              </w:rPr>
              <w:t xml:space="preserve"> → </w:t>
            </w:r>
            <w:r>
              <w:rPr>
                <w:rFonts w:cs="Times New Roman"/>
                <w:b/>
                <w:sz w:val="25"/>
              </w:rPr>
              <w:t>TVU Mobile</w:t>
            </w:r>
            <w:r>
              <w:rPr>
                <w:rFonts w:cs="Times New Roman"/>
                <w:sz w:val="25"/>
              </w:rPr>
              <w:t xml:space="preserve"> → </w:t>
            </w:r>
            <w:r>
              <w:rPr>
                <w:rFonts w:cs="Times New Roman"/>
                <w:b/>
                <w:sz w:val="25"/>
              </w:rPr>
              <w:t>Quyền</w:t>
            </w:r>
            <w:r>
              <w:rPr>
                <w:rFonts w:cs="Times New Roman"/>
                <w:sz w:val="25"/>
              </w:rPr>
              <w:t xml:space="preserve"> → bật lại.</w:t>
            </w:r>
          </w:p>
        </w:tc>
      </w:tr>
    </w:tbl>
    <w:p w14:paraId="270CE27B" w14:textId="77777777" w:rsidR="00603671" w:rsidRDefault="00603671">
      <w:pPr>
        <w:spacing w:after="40"/>
      </w:pPr>
    </w:p>
    <w:p w14:paraId="34595410" w14:textId="77777777" w:rsidR="00603671" w:rsidRDefault="00000000">
      <w:pPr>
        <w:pStyle w:val="Heading2"/>
      </w:pPr>
      <w:bookmarkStart w:id="3" w:name="_Toc242370033"/>
      <w:r>
        <w:t>1.3. Đăng ký khuôn mặt</w:t>
      </w:r>
      <w:bookmarkEnd w:id="3"/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742"/>
        <w:gridCol w:w="5896"/>
      </w:tblGrid>
      <w:tr w:rsidR="00603671" w14:paraId="5035F59B" w14:textId="77777777">
        <w:trPr>
          <w:jc w:val="center"/>
        </w:trPr>
        <w:tc>
          <w:tcPr>
            <w:tcW w:w="3742" w:type="dxa"/>
          </w:tcPr>
          <w:p w14:paraId="61FAB94F" w14:textId="77777777" w:rsidR="00603671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8918C6D" wp14:editId="52C4E36D">
                  <wp:extent cx="2232000" cy="37944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v_07b_dang_ky_khuon_mat_chup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79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A4012F" w14:textId="77777777" w:rsidR="00603671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>Hình 3. Đăng ký khuôn mặt</w:t>
            </w:r>
          </w:p>
        </w:tc>
        <w:tc>
          <w:tcPr>
            <w:tcW w:w="5896" w:type="dxa"/>
            <w:vAlign w:val="center"/>
          </w:tcPr>
          <w:p w14:paraId="30CE6116" w14:textId="77777777" w:rsidR="00603671" w:rsidRDefault="00000000">
            <w:pPr>
              <w:spacing w:after="100"/>
              <w:ind w:left="425" w:hanging="425"/>
            </w:pPr>
            <w:r>
              <w:rPr>
                <w:rFonts w:cs="Times New Roman"/>
                <w:b/>
                <w:color w:val="FFFFFF"/>
                <w:sz w:val="24"/>
                <w:shd w:val="clear" w:color="auto" w:fill="DC2626"/>
              </w:rPr>
              <w:t xml:space="preserve"> 1 </w:t>
            </w:r>
            <w:r>
              <w:rPr>
                <w:rFonts w:cs="Times New Roman"/>
                <w:sz w:val="24"/>
              </w:rPr>
              <w:t xml:space="preserve">  </w:t>
            </w:r>
            <w:r>
              <w:rPr>
                <w:rFonts w:cs="Times New Roman"/>
              </w:rPr>
              <w:t xml:space="preserve">Trang chủ → </w:t>
            </w:r>
            <w:r>
              <w:rPr>
                <w:rFonts w:cs="Times New Roman"/>
                <w:b/>
              </w:rPr>
              <w:t>bánh răng</w:t>
            </w:r>
            <w:r>
              <w:rPr>
                <w:rFonts w:cs="Times New Roman"/>
              </w:rPr>
              <w:t xml:space="preserve"> → </w:t>
            </w:r>
            <w:r>
              <w:rPr>
                <w:rFonts w:cs="Times New Roman"/>
                <w:b/>
              </w:rPr>
              <w:t>Đăng ký khuôn mặt</w:t>
            </w:r>
            <w:r>
              <w:rPr>
                <w:rFonts w:cs="Times New Roman"/>
              </w:rPr>
              <w:t>.</w:t>
            </w:r>
          </w:p>
          <w:p w14:paraId="786F49E1" w14:textId="77777777" w:rsidR="00603671" w:rsidRDefault="00000000">
            <w:pPr>
              <w:spacing w:after="100"/>
              <w:ind w:left="425" w:hanging="425"/>
            </w:pPr>
            <w:r>
              <w:rPr>
                <w:rFonts w:cs="Times New Roman"/>
                <w:b/>
                <w:color w:val="FFFFFF"/>
                <w:sz w:val="24"/>
                <w:shd w:val="clear" w:color="auto" w:fill="DC2626"/>
              </w:rPr>
              <w:t xml:space="preserve"> 2 </w:t>
            </w:r>
            <w:r>
              <w:rPr>
                <w:rFonts w:cs="Times New Roman"/>
                <w:sz w:val="24"/>
              </w:rPr>
              <w:t xml:space="preserve">  </w:t>
            </w:r>
            <w:r>
              <w:rPr>
                <w:rFonts w:cs="Times New Roman"/>
              </w:rPr>
              <w:t xml:space="preserve">Bấm </w:t>
            </w:r>
            <w:r>
              <w:rPr>
                <w:rFonts w:cs="Times New Roman"/>
                <w:b/>
              </w:rPr>
              <w:t>Chụp ảnh</w:t>
            </w:r>
            <w:r>
              <w:rPr>
                <w:rFonts w:cs="Times New Roman"/>
              </w:rPr>
              <w:t>, đưa mặt vào khung.</w:t>
            </w:r>
          </w:p>
          <w:p w14:paraId="6072221D" w14:textId="77777777" w:rsidR="00603671" w:rsidRDefault="00000000">
            <w:pPr>
              <w:spacing w:after="100"/>
              <w:ind w:left="425" w:hanging="425"/>
            </w:pPr>
            <w:r>
              <w:rPr>
                <w:rFonts w:cs="Times New Roman"/>
                <w:b/>
                <w:color w:val="FFFFFF"/>
                <w:sz w:val="24"/>
                <w:shd w:val="clear" w:color="auto" w:fill="DC2626"/>
              </w:rPr>
              <w:t xml:space="preserve"> 3 </w:t>
            </w:r>
            <w:r>
              <w:rPr>
                <w:rFonts w:cs="Times New Roman"/>
                <w:sz w:val="24"/>
              </w:rPr>
              <w:t xml:space="preserve">  </w:t>
            </w:r>
            <w:r>
              <w:rPr>
                <w:rFonts w:cs="Times New Roman"/>
                <w:b/>
              </w:rPr>
              <w:t>Chớp mắt</w:t>
            </w:r>
            <w:r>
              <w:rPr>
                <w:rFonts w:cs="Times New Roman"/>
              </w:rPr>
              <w:t xml:space="preserve"> khi được nhắc; chờ </w:t>
            </w:r>
            <w:r>
              <w:rPr>
                <w:rFonts w:cs="Times New Roman"/>
                <w:b/>
              </w:rPr>
              <w:t>Đăng ký thành công</w:t>
            </w:r>
            <w:r>
              <w:rPr>
                <w:rFonts w:cs="Times New Roman"/>
              </w:rPr>
              <w:t>.</w:t>
            </w:r>
          </w:p>
          <w:p w14:paraId="1593A999" w14:textId="77777777" w:rsidR="00603671" w:rsidRDefault="00000000">
            <w:pPr>
              <w:spacing w:after="100"/>
              <w:ind w:left="425" w:hanging="425"/>
            </w:pPr>
            <w:r>
              <w:rPr>
                <w:rFonts w:cs="Times New Roman"/>
                <w:color w:val="053384"/>
              </w:rPr>
              <w:t xml:space="preserve">•  </w:t>
            </w:r>
            <w:r>
              <w:rPr>
                <w:rFonts w:cs="Times New Roman"/>
              </w:rPr>
              <w:t xml:space="preserve">Dùng khi </w:t>
            </w:r>
            <w:r>
              <w:rPr>
                <w:rFonts w:cs="Times New Roman"/>
                <w:b/>
              </w:rPr>
              <w:t>xác nhận tham gia sự kiện</w:t>
            </w:r>
            <w:r>
              <w:rPr>
                <w:rFonts w:cs="Times New Roman"/>
              </w:rPr>
              <w:t xml:space="preserve"> và </w:t>
            </w:r>
            <w:r>
              <w:rPr>
                <w:rFonts w:cs="Times New Roman"/>
                <w:b/>
              </w:rPr>
              <w:t>đăng nhập nhanh</w:t>
            </w:r>
            <w:r>
              <w:rPr>
                <w:rFonts w:cs="Times New Roman"/>
              </w:rPr>
              <w:t>.</w:t>
            </w:r>
          </w:p>
          <w:p w14:paraId="5CDE1E1C" w14:textId="77777777" w:rsidR="00603671" w:rsidRDefault="00000000">
            <w:pPr>
              <w:spacing w:after="100"/>
              <w:ind w:left="425" w:hanging="425"/>
            </w:pPr>
            <w:r>
              <w:rPr>
                <w:rFonts w:cs="Times New Roman"/>
                <w:color w:val="053384"/>
              </w:rPr>
              <w:t xml:space="preserve">•  </w:t>
            </w:r>
            <w:r>
              <w:rPr>
                <w:rFonts w:cs="Times New Roman"/>
              </w:rPr>
              <w:t>Đủ sáng, bỏ khẩu trang/kính râm, chỉ một người trong khung.</w:t>
            </w:r>
          </w:p>
        </w:tc>
      </w:tr>
    </w:tbl>
    <w:p w14:paraId="411C288E" w14:textId="77777777" w:rsidR="00603671" w:rsidRDefault="00603671">
      <w:pPr>
        <w:spacing w:after="40"/>
      </w:pPr>
    </w:p>
    <w:p w14:paraId="704CA2FA" w14:textId="77777777" w:rsidR="00603671" w:rsidRDefault="00000000">
      <w:r>
        <w:br w:type="page"/>
      </w:r>
    </w:p>
    <w:p w14:paraId="47155764" w14:textId="77777777" w:rsidR="00603671" w:rsidRDefault="00000000">
      <w:pPr>
        <w:pStyle w:val="Heading1"/>
      </w:pPr>
      <w:bookmarkStart w:id="4" w:name="_Toc242370034"/>
      <w:r>
        <w:lastRenderedPageBreak/>
        <w:t>2. Màn hình chính</w:t>
      </w:r>
      <w:bookmarkEnd w:id="4"/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742"/>
        <w:gridCol w:w="5896"/>
      </w:tblGrid>
      <w:tr w:rsidR="00603671" w14:paraId="65EC2CCB" w14:textId="77777777">
        <w:trPr>
          <w:jc w:val="center"/>
        </w:trPr>
        <w:tc>
          <w:tcPr>
            <w:tcW w:w="3742" w:type="dxa"/>
          </w:tcPr>
          <w:p w14:paraId="18C679DD" w14:textId="77777777" w:rsidR="00603671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559E6B" wp14:editId="7DAB5632">
                  <wp:extent cx="2232000" cy="37944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v_02_trang_chu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79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3DC14B" w14:textId="77777777" w:rsidR="00603671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>Hình 4. Trang chủ sinh viên</w:t>
            </w:r>
          </w:p>
        </w:tc>
        <w:tc>
          <w:tcPr>
            <w:tcW w:w="5896" w:type="dxa"/>
            <w:vAlign w:val="center"/>
          </w:tcPr>
          <w:p w14:paraId="092D21F5" w14:textId="77777777" w:rsidR="00603671" w:rsidRDefault="00000000">
            <w:pPr>
              <w:spacing w:after="100"/>
              <w:ind w:left="425" w:hanging="425"/>
            </w:pPr>
            <w:r>
              <w:rPr>
                <w:rFonts w:cs="Times New Roman"/>
                <w:b/>
                <w:color w:val="FFFFFF"/>
                <w:sz w:val="24"/>
                <w:shd w:val="clear" w:color="auto" w:fill="DC2626"/>
              </w:rPr>
              <w:t xml:space="preserve"> 1 </w:t>
            </w:r>
            <w:r>
              <w:rPr>
                <w:rFonts w:cs="Times New Roman"/>
                <w:sz w:val="24"/>
              </w:rPr>
              <w:t xml:space="preserve">  </w:t>
            </w:r>
            <w:r>
              <w:rPr>
                <w:rFonts w:cs="Times New Roman"/>
                <w:b/>
              </w:rPr>
              <w:t>Chuông</w:t>
            </w:r>
            <w:r>
              <w:rPr>
                <w:rFonts w:cs="Times New Roman"/>
              </w:rPr>
              <w:t>: Hộp thông báo. Số đỏ là thông báo chưa đọc.</w:t>
            </w:r>
          </w:p>
          <w:p w14:paraId="237C60F7" w14:textId="77777777" w:rsidR="00603671" w:rsidRDefault="00000000">
            <w:pPr>
              <w:spacing w:after="100"/>
              <w:ind w:left="425" w:hanging="425"/>
            </w:pPr>
            <w:r>
              <w:rPr>
                <w:rFonts w:cs="Times New Roman"/>
                <w:b/>
                <w:color w:val="FFFFFF"/>
                <w:sz w:val="24"/>
                <w:shd w:val="clear" w:color="auto" w:fill="DC2626"/>
              </w:rPr>
              <w:t xml:space="preserve"> 2 </w:t>
            </w:r>
            <w:r>
              <w:rPr>
                <w:rFonts w:cs="Times New Roman"/>
                <w:sz w:val="24"/>
              </w:rPr>
              <w:t xml:space="preserve">  </w:t>
            </w:r>
            <w:r>
              <w:rPr>
                <w:rFonts w:cs="Times New Roman"/>
              </w:rPr>
              <w:t xml:space="preserve">Đổi giao diện </w:t>
            </w:r>
            <w:r>
              <w:rPr>
                <w:rFonts w:cs="Times New Roman"/>
                <w:b/>
              </w:rPr>
              <w:t>sáng / tối</w:t>
            </w:r>
            <w:r>
              <w:rPr>
                <w:rFonts w:cs="Times New Roman"/>
              </w:rPr>
              <w:t>.</w:t>
            </w:r>
          </w:p>
          <w:p w14:paraId="75A0969B" w14:textId="77777777" w:rsidR="00603671" w:rsidRDefault="00000000">
            <w:pPr>
              <w:spacing w:after="100"/>
              <w:ind w:left="425" w:hanging="425"/>
            </w:pPr>
            <w:r>
              <w:rPr>
                <w:rFonts w:cs="Times New Roman"/>
                <w:b/>
                <w:color w:val="FFFFFF"/>
                <w:sz w:val="24"/>
                <w:shd w:val="clear" w:color="auto" w:fill="DC2626"/>
              </w:rPr>
              <w:t xml:space="preserve"> 3 </w:t>
            </w:r>
            <w:r>
              <w:rPr>
                <w:rFonts w:cs="Times New Roman"/>
                <w:sz w:val="24"/>
              </w:rPr>
              <w:t xml:space="preserve">  </w:t>
            </w:r>
            <w:r>
              <w:rPr>
                <w:rFonts w:cs="Times New Roman"/>
                <w:b/>
              </w:rPr>
              <w:t>Cá nhân</w:t>
            </w:r>
            <w:r>
              <w:rPr>
                <w:rFonts w:cs="Times New Roman"/>
              </w:rPr>
              <w:t>: đăng ký khuôn mặt, ngôn ngữ, đăng xuất.</w:t>
            </w:r>
          </w:p>
          <w:p w14:paraId="2CBE9EF6" w14:textId="77777777" w:rsidR="00603671" w:rsidRDefault="00000000">
            <w:pPr>
              <w:spacing w:after="100"/>
              <w:ind w:left="425" w:hanging="425"/>
            </w:pPr>
            <w:r>
              <w:rPr>
                <w:rFonts w:cs="Times New Roman"/>
                <w:b/>
                <w:color w:val="FFFFFF"/>
                <w:sz w:val="24"/>
                <w:shd w:val="clear" w:color="auto" w:fill="DC2626"/>
              </w:rPr>
              <w:t xml:space="preserve"> 4 </w:t>
            </w:r>
            <w:r>
              <w:rPr>
                <w:rFonts w:cs="Times New Roman"/>
                <w:sz w:val="24"/>
              </w:rPr>
              <w:t xml:space="preserve">  </w:t>
            </w:r>
            <w:r>
              <w:rPr>
                <w:rFonts w:cs="Times New Roman"/>
                <w:b/>
              </w:rPr>
              <w:t>Tiện ích sinh viên</w:t>
            </w:r>
            <w:r>
              <w:rPr>
                <w:rFonts w:cs="Times New Roman"/>
              </w:rPr>
              <w:t>: ô sáng màu dùng được; ô mờ chưa mở.</w:t>
            </w:r>
          </w:p>
          <w:p w14:paraId="27E51783" w14:textId="77777777" w:rsidR="00603671" w:rsidRDefault="00000000">
            <w:pPr>
              <w:spacing w:after="100"/>
              <w:ind w:left="425" w:hanging="425"/>
            </w:pPr>
            <w:r>
              <w:rPr>
                <w:rFonts w:cs="Times New Roman"/>
                <w:b/>
                <w:color w:val="FFFFFF"/>
                <w:sz w:val="24"/>
                <w:shd w:val="clear" w:color="auto" w:fill="DC2626"/>
              </w:rPr>
              <w:t xml:space="preserve"> 5 </w:t>
            </w:r>
            <w:r>
              <w:rPr>
                <w:rFonts w:cs="Times New Roman"/>
                <w:sz w:val="24"/>
              </w:rPr>
              <w:t xml:space="preserve">  </w:t>
            </w:r>
            <w:r>
              <w:rPr>
                <w:rFonts w:cs="Times New Roman"/>
              </w:rPr>
              <w:t xml:space="preserve">Thanh tab: </w:t>
            </w:r>
            <w:r>
              <w:rPr>
                <w:rFonts w:cs="Times New Roman"/>
                <w:b/>
              </w:rPr>
              <w:t>Trang chủ · Điểm số · Sự kiện · Học phí</w:t>
            </w:r>
            <w:r>
              <w:rPr>
                <w:rFonts w:cs="Times New Roman"/>
              </w:rPr>
              <w:t>.</w:t>
            </w:r>
          </w:p>
          <w:p w14:paraId="1AC3D5C2" w14:textId="77777777" w:rsidR="00603671" w:rsidRDefault="00000000">
            <w:pPr>
              <w:spacing w:after="100"/>
              <w:ind w:left="425" w:hanging="425"/>
            </w:pPr>
            <w:r>
              <w:rPr>
                <w:rFonts w:cs="Times New Roman"/>
                <w:color w:val="053384"/>
              </w:rPr>
              <w:t xml:space="preserve">•  </w:t>
            </w:r>
            <w:r>
              <w:rPr>
                <w:rFonts w:cs="Times New Roman"/>
              </w:rPr>
              <w:t xml:space="preserve">Kéo màn hình xuống để </w:t>
            </w:r>
            <w:r>
              <w:rPr>
                <w:rFonts w:cs="Times New Roman"/>
                <w:b/>
              </w:rPr>
              <w:t>làm mới</w:t>
            </w:r>
            <w:r>
              <w:rPr>
                <w:rFonts w:cs="Times New Roman"/>
              </w:rPr>
              <w:t xml:space="preserve"> dữ liệu.</w:t>
            </w:r>
          </w:p>
        </w:tc>
      </w:tr>
    </w:tbl>
    <w:p w14:paraId="307F663A" w14:textId="77777777" w:rsidR="00603671" w:rsidRDefault="00603671">
      <w:pPr>
        <w:spacing w:after="40"/>
      </w:pPr>
    </w:p>
    <w:p w14:paraId="228189ED" w14:textId="77777777" w:rsidR="00603671" w:rsidRDefault="00000000">
      <w:pPr>
        <w:keepNext/>
        <w:jc w:val="center"/>
      </w:pPr>
      <w:r>
        <w:rPr>
          <w:noProof/>
        </w:rPr>
        <w:drawing>
          <wp:inline distT="0" distB="0" distL="0" distR="0" wp14:anchorId="3116A883" wp14:editId="4D4B763E">
            <wp:extent cx="6120000" cy="191506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v_ban_do_chuc_nang_cb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91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50E2E" w14:textId="77777777" w:rsidR="00603671" w:rsidRDefault="00000000">
      <w:pPr>
        <w:pStyle w:val="Caption"/>
        <w:jc w:val="center"/>
      </w:pPr>
      <w:r>
        <w:rPr>
          <w:rFonts w:cs="Times New Roman"/>
        </w:rPr>
        <w:t>Hình 5. Bản đồ chức năng dành cho sinh viên</w:t>
      </w:r>
    </w:p>
    <w:p w14:paraId="174DE6AF" w14:textId="77777777" w:rsidR="00603671" w:rsidRDefault="00000000">
      <w:r>
        <w:br w:type="page"/>
      </w:r>
    </w:p>
    <w:p w14:paraId="2297979A" w14:textId="77777777" w:rsidR="00603671" w:rsidRDefault="00000000">
      <w:pPr>
        <w:pStyle w:val="Heading1"/>
      </w:pPr>
      <w:bookmarkStart w:id="5" w:name="_Toc242370035"/>
      <w:r>
        <w:lastRenderedPageBreak/>
        <w:t>3. Thời khóa biểu</w:t>
      </w:r>
      <w:bookmarkEnd w:id="5"/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603671" w14:paraId="4B8F281C" w14:textId="77777777">
        <w:trPr>
          <w:jc w:val="center"/>
        </w:trPr>
        <w:tc>
          <w:tcPr>
            <w:tcW w:w="4819" w:type="dxa"/>
          </w:tcPr>
          <w:p w14:paraId="2C9FA21F" w14:textId="77777777" w:rsidR="00603671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303FB64" wp14:editId="2AD0277C">
                  <wp:extent cx="1944000" cy="33048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v_04_tkb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000" cy="3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14:paraId="031B5B6D" w14:textId="77777777" w:rsidR="00603671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E879911" wp14:editId="0307CC90">
                  <wp:extent cx="1944000" cy="33048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v_05_chi_tiet_buoi_hoc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000" cy="3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3671" w14:paraId="1BAE0FAA" w14:textId="77777777">
        <w:trPr>
          <w:jc w:val="center"/>
        </w:trPr>
        <w:tc>
          <w:tcPr>
            <w:tcW w:w="4819" w:type="dxa"/>
          </w:tcPr>
          <w:p w14:paraId="4E0286E6" w14:textId="77777777" w:rsidR="00603671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>Hình 6. ① Chọn ngày; ② bấm buổi học để xem chi tiết</w:t>
            </w:r>
          </w:p>
        </w:tc>
        <w:tc>
          <w:tcPr>
            <w:tcW w:w="4819" w:type="dxa"/>
          </w:tcPr>
          <w:p w14:paraId="51FE1665" w14:textId="77777777" w:rsidR="00603671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>Hình 7. ① Chỉ đường tới phòng học</w:t>
            </w:r>
          </w:p>
        </w:tc>
      </w:tr>
    </w:tbl>
    <w:p w14:paraId="7F9BA09B" w14:textId="77777777" w:rsidR="00603671" w:rsidRDefault="00603671">
      <w:pPr>
        <w:spacing w:after="40"/>
      </w:pPr>
    </w:p>
    <w:p w14:paraId="106D4ED3" w14:textId="77777777" w:rsidR="00603671" w:rsidRDefault="00000000">
      <w:pPr>
        <w:pStyle w:val="ListBullet"/>
        <w:spacing w:after="40"/>
      </w:pPr>
      <w:r>
        <w:rPr>
          <w:rFonts w:cs="Times New Roman"/>
        </w:rPr>
        <w:t xml:space="preserve">Mở: Trang chủ → ô </w:t>
      </w:r>
      <w:r>
        <w:rPr>
          <w:rFonts w:cs="Times New Roman"/>
          <w:b/>
        </w:rPr>
        <w:t>TKB</w:t>
      </w:r>
      <w:r>
        <w:rPr>
          <w:rFonts w:cs="Times New Roman"/>
        </w:rPr>
        <w:t>.</w:t>
      </w:r>
    </w:p>
    <w:p w14:paraId="4C75B983" w14:textId="77777777" w:rsidR="00603671" w:rsidRDefault="00000000">
      <w:pPr>
        <w:pStyle w:val="ListBullet"/>
        <w:spacing w:after="40"/>
      </w:pPr>
      <w:r>
        <w:rPr>
          <w:rFonts w:cs="Times New Roman"/>
        </w:rPr>
        <w:t xml:space="preserve">Hai chế độ xem: </w:t>
      </w:r>
      <w:r>
        <w:rPr>
          <w:rFonts w:cs="Times New Roman"/>
          <w:b/>
        </w:rPr>
        <w:t>Lịch</w:t>
      </w:r>
      <w:r>
        <w:rPr>
          <w:rFonts w:cs="Times New Roman"/>
        </w:rPr>
        <w:t xml:space="preserve"> (tuần/tháng) và </w:t>
      </w:r>
      <w:r>
        <w:rPr>
          <w:rFonts w:cs="Times New Roman"/>
          <w:b/>
        </w:rPr>
        <w:t>Lịch trình</w:t>
      </w:r>
      <w:r>
        <w:rPr>
          <w:rFonts w:cs="Times New Roman"/>
        </w:rPr>
        <w:t xml:space="preserve"> (danh sách các buổi sắp tới).</w:t>
      </w:r>
    </w:p>
    <w:p w14:paraId="5B5AADA8" w14:textId="77777777" w:rsidR="00603671" w:rsidRDefault="00000000">
      <w:pPr>
        <w:pStyle w:val="ListBullet"/>
        <w:spacing w:after="40"/>
      </w:pPr>
      <w:r>
        <w:rPr>
          <w:rFonts w:cs="Times New Roman"/>
        </w:rPr>
        <w:t xml:space="preserve">Biểu tượng lịch ở góc trên: quay về </w:t>
      </w:r>
      <w:r>
        <w:rPr>
          <w:rFonts w:cs="Times New Roman"/>
          <w:b/>
        </w:rPr>
        <w:t>Hôm nay</w:t>
      </w:r>
      <w:r>
        <w:rPr>
          <w:rFonts w:cs="Times New Roman"/>
        </w:rPr>
        <w:t xml:space="preserve">; mũi tên vòng: </w:t>
      </w:r>
      <w:r>
        <w:rPr>
          <w:rFonts w:cs="Times New Roman"/>
          <w:b/>
        </w:rPr>
        <w:t>Làm mới</w:t>
      </w:r>
      <w:r>
        <w:rPr>
          <w:rFonts w:cs="Times New Roman"/>
        </w:rPr>
        <w:t>.</w:t>
      </w:r>
    </w:p>
    <w:p w14:paraId="40C4E26B" w14:textId="77777777" w:rsidR="00603671" w:rsidRDefault="00000000">
      <w:pPr>
        <w:pStyle w:val="Heading1"/>
      </w:pPr>
      <w:bookmarkStart w:id="6" w:name="_Toc242370036"/>
      <w:r>
        <w:t>4. Điểm số</w:t>
      </w:r>
      <w:bookmarkEnd w:id="6"/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603671" w14:paraId="51DB79D9" w14:textId="77777777">
        <w:trPr>
          <w:jc w:val="center"/>
        </w:trPr>
        <w:tc>
          <w:tcPr>
            <w:tcW w:w="4819" w:type="dxa"/>
          </w:tcPr>
          <w:p w14:paraId="5C2EFB49" w14:textId="77777777" w:rsidR="00603671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D3F6A4E" wp14:editId="64DE22CE">
                  <wp:extent cx="1944000" cy="33048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v_09_diem_so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000" cy="3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14:paraId="116B0640" w14:textId="77777777" w:rsidR="00603671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8EA1BF8" wp14:editId="083FB87D">
                  <wp:extent cx="1944000" cy="33048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v_11_chi_tiet_hoc_phan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000" cy="3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3671" w14:paraId="508E9A46" w14:textId="77777777">
        <w:trPr>
          <w:jc w:val="center"/>
        </w:trPr>
        <w:tc>
          <w:tcPr>
            <w:tcW w:w="4819" w:type="dxa"/>
          </w:tcPr>
          <w:p w14:paraId="6BDE674D" w14:textId="77777777" w:rsidR="00603671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 xml:space="preserve">Hình 8. ① Tìm học phần; ② thống kê; ③ chọn học </w:t>
            </w:r>
            <w:r>
              <w:rPr>
                <w:rFonts w:cs="Times New Roman"/>
                <w:i/>
                <w:color w:val="555E6E"/>
                <w:sz w:val="21"/>
              </w:rPr>
              <w:lastRenderedPageBreak/>
              <w:t>kỳ, lọc</w:t>
            </w:r>
          </w:p>
        </w:tc>
        <w:tc>
          <w:tcPr>
            <w:tcW w:w="4819" w:type="dxa"/>
          </w:tcPr>
          <w:p w14:paraId="4E2DDD46" w14:textId="77777777" w:rsidR="00603671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lastRenderedPageBreak/>
              <w:t>Hình 9. Chi tiết một học phần</w:t>
            </w:r>
          </w:p>
        </w:tc>
      </w:tr>
    </w:tbl>
    <w:p w14:paraId="09C15317" w14:textId="77777777" w:rsidR="00603671" w:rsidRDefault="00603671">
      <w:pPr>
        <w:spacing w:after="40"/>
      </w:pPr>
    </w:p>
    <w:p w14:paraId="589D3CCC" w14:textId="77777777" w:rsidR="00603671" w:rsidRDefault="00000000">
      <w:pPr>
        <w:pStyle w:val="ListBullet"/>
        <w:spacing w:after="40"/>
      </w:pPr>
      <w:r>
        <w:rPr>
          <w:rFonts w:cs="Times New Roman"/>
        </w:rPr>
        <w:t xml:space="preserve">Mở: tab </w:t>
      </w:r>
      <w:r>
        <w:rPr>
          <w:rFonts w:cs="Times New Roman"/>
          <w:b/>
        </w:rPr>
        <w:t>Điểm số</w:t>
      </w:r>
      <w:r>
        <w:rPr>
          <w:rFonts w:cs="Times New Roman"/>
        </w:rPr>
        <w:t xml:space="preserve"> (thanh dưới cùng).</w:t>
      </w:r>
    </w:p>
    <w:p w14:paraId="233234BB" w14:textId="77777777" w:rsidR="00603671" w:rsidRDefault="00000000">
      <w:pPr>
        <w:pStyle w:val="ListBullet"/>
        <w:spacing w:after="40"/>
      </w:pPr>
      <w:r>
        <w:rPr>
          <w:rFonts w:cs="Times New Roman"/>
        </w:rPr>
        <w:t xml:space="preserve">Bấm thẻ </w:t>
      </w:r>
      <w:r>
        <w:rPr>
          <w:rFonts w:cs="Times New Roman"/>
          <w:b/>
        </w:rPr>
        <w:t>Thống kê tổng quan</w:t>
      </w:r>
      <w:r>
        <w:rPr>
          <w:rFonts w:cs="Times New Roman"/>
        </w:rPr>
        <w:t xml:space="preserve"> để xem xu hướng GPA và phân bố điểm.</w:t>
      </w:r>
    </w:p>
    <w:p w14:paraId="581D9C82" w14:textId="77777777" w:rsidR="00603671" w:rsidRDefault="00000000">
      <w:pPr>
        <w:pStyle w:val="ListBullet"/>
        <w:spacing w:after="40"/>
      </w:pPr>
      <w:r>
        <w:rPr>
          <w:rFonts w:cs="Times New Roman"/>
        </w:rPr>
        <w:t>Số liệu chính thức là số liệu trên cổng thông tin sinh viên.</w:t>
      </w:r>
    </w:p>
    <w:p w14:paraId="030A185F" w14:textId="77777777" w:rsidR="00603671" w:rsidRDefault="00000000">
      <w:pPr>
        <w:pStyle w:val="Heading1"/>
      </w:pPr>
      <w:bookmarkStart w:id="7" w:name="_Toc242370037"/>
      <w:r>
        <w:t>5. Học phí</w:t>
      </w:r>
      <w:bookmarkEnd w:id="7"/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603671" w14:paraId="64ED0EFE" w14:textId="77777777">
        <w:trPr>
          <w:jc w:val="center"/>
        </w:trPr>
        <w:tc>
          <w:tcPr>
            <w:tcW w:w="4819" w:type="dxa"/>
          </w:tcPr>
          <w:p w14:paraId="3555B2A1" w14:textId="77777777" w:rsidR="00603671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F953A27" wp14:editId="6AE49A1F">
                  <wp:extent cx="1944000" cy="330480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v_13_hoc_phi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000" cy="3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14:paraId="33B29439" w14:textId="77777777" w:rsidR="00603671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EF97AB1" wp14:editId="23E4B3A4">
                  <wp:extent cx="1944000" cy="33048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v_14_hoc_phi_thanh_toan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000" cy="3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3671" w14:paraId="2D399131" w14:textId="77777777">
        <w:trPr>
          <w:jc w:val="center"/>
        </w:trPr>
        <w:tc>
          <w:tcPr>
            <w:tcW w:w="4819" w:type="dxa"/>
          </w:tcPr>
          <w:p w14:paraId="756520A1" w14:textId="77777777" w:rsidR="00603671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>Hình 10. Tổng quan học phí</w:t>
            </w:r>
          </w:p>
        </w:tc>
        <w:tc>
          <w:tcPr>
            <w:tcW w:w="4819" w:type="dxa"/>
          </w:tcPr>
          <w:p w14:paraId="43A1B214" w14:textId="77777777" w:rsidR="00603671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>Hình 11. Lịch sử thanh toán</w:t>
            </w:r>
          </w:p>
        </w:tc>
      </w:tr>
    </w:tbl>
    <w:p w14:paraId="1483DC2C" w14:textId="77777777" w:rsidR="00603671" w:rsidRDefault="00603671">
      <w:pPr>
        <w:spacing w:after="40"/>
      </w:pPr>
    </w:p>
    <w:p w14:paraId="21A22F85" w14:textId="77777777" w:rsidR="00603671" w:rsidRDefault="00000000">
      <w:pPr>
        <w:pStyle w:val="ListBullet"/>
        <w:spacing w:after="40"/>
      </w:pPr>
      <w:r>
        <w:rPr>
          <w:rFonts w:cs="Times New Roman"/>
        </w:rPr>
        <w:t xml:space="preserve">Mở: tab </w:t>
      </w:r>
      <w:r>
        <w:rPr>
          <w:rFonts w:cs="Times New Roman"/>
          <w:b/>
        </w:rPr>
        <w:t>Học phí</w:t>
      </w:r>
      <w:r>
        <w:rPr>
          <w:rFonts w:cs="Times New Roman"/>
        </w:rPr>
        <w:t xml:space="preserve">. Xem tổng phải nộp, </w:t>
      </w:r>
      <w:r>
        <w:rPr>
          <w:rFonts w:cs="Times New Roman"/>
          <w:b/>
        </w:rPr>
        <w:t>đã thanh toán</w:t>
      </w:r>
      <w:r>
        <w:rPr>
          <w:rFonts w:cs="Times New Roman"/>
        </w:rPr>
        <w:t xml:space="preserve">, </w:t>
      </w:r>
      <w:r>
        <w:rPr>
          <w:rFonts w:cs="Times New Roman"/>
          <w:b/>
        </w:rPr>
        <w:t>còn lại</w:t>
      </w:r>
      <w:r>
        <w:rPr>
          <w:rFonts w:cs="Times New Roman"/>
        </w:rPr>
        <w:t>.</w:t>
      </w:r>
    </w:p>
    <w:p w14:paraId="6605C93F" w14:textId="77777777" w:rsidR="00603671" w:rsidRDefault="00000000">
      <w:pPr>
        <w:pStyle w:val="ListBullet"/>
        <w:spacing w:after="40"/>
      </w:pPr>
      <w:r>
        <w:rPr>
          <w:rFonts w:cs="Times New Roman"/>
        </w:rPr>
        <w:t xml:space="preserve">Các chế độ xem: </w:t>
      </w:r>
      <w:r>
        <w:rPr>
          <w:rFonts w:cs="Times New Roman"/>
          <w:b/>
        </w:rPr>
        <w:t>Tổng quan · Học kỳ · Thanh toán · Thống kê</w:t>
      </w:r>
      <w:r>
        <w:rPr>
          <w:rFonts w:cs="Times New Roman"/>
        </w:rPr>
        <w:t>.</w:t>
      </w:r>
    </w:p>
    <w:p w14:paraId="07065E1E" w14:textId="77777777" w:rsidR="00603671" w:rsidRDefault="00000000">
      <w:pPr>
        <w:pStyle w:val="ListBullet"/>
        <w:spacing w:after="40"/>
      </w:pPr>
      <w:r>
        <w:rPr>
          <w:rFonts w:cs="Times New Roman"/>
        </w:rPr>
        <w:t>Ứng dụng chỉ để tra cứu, không thanh toán trực tiếp.</w:t>
      </w:r>
    </w:p>
    <w:p w14:paraId="1A554B6A" w14:textId="77777777" w:rsidR="00603671" w:rsidRDefault="00000000">
      <w:r>
        <w:br w:type="page"/>
      </w:r>
    </w:p>
    <w:p w14:paraId="553AE2EB" w14:textId="77777777" w:rsidR="00603671" w:rsidRDefault="00000000">
      <w:pPr>
        <w:pStyle w:val="Heading1"/>
      </w:pPr>
      <w:bookmarkStart w:id="8" w:name="_Toc242370038"/>
      <w:r>
        <w:lastRenderedPageBreak/>
        <w:t>6. Sự kiện</w:t>
      </w:r>
      <w:bookmarkEnd w:id="8"/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603671" w14:paraId="37DE8A3D" w14:textId="77777777">
        <w:trPr>
          <w:jc w:val="center"/>
        </w:trPr>
        <w:tc>
          <w:tcPr>
            <w:tcW w:w="4819" w:type="dxa"/>
          </w:tcPr>
          <w:p w14:paraId="4F20412A" w14:textId="77777777" w:rsidR="00603671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7CC5E2B" wp14:editId="164544F5">
                  <wp:extent cx="1944000" cy="330480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v_17_chi_tiet_su_kien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000" cy="3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14:paraId="2370C266" w14:textId="77777777" w:rsidR="00603671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A731A5B" wp14:editId="2CC70D78">
                  <wp:extent cx="1944000" cy="330480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v_17b_phien_su_kien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000" cy="3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3671" w14:paraId="2F9E3196" w14:textId="77777777">
        <w:trPr>
          <w:jc w:val="center"/>
        </w:trPr>
        <w:tc>
          <w:tcPr>
            <w:tcW w:w="4819" w:type="dxa"/>
          </w:tcPr>
          <w:p w14:paraId="6F6A0F10" w14:textId="77777777" w:rsidR="00603671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>Hình 12. Chi tiết sự kiện</w:t>
            </w:r>
          </w:p>
        </w:tc>
        <w:tc>
          <w:tcPr>
            <w:tcW w:w="4819" w:type="dxa"/>
          </w:tcPr>
          <w:p w14:paraId="52D0CEE6" w14:textId="77777777" w:rsidR="00603671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>Hình 13. Đăng ký và xác nhận theo phiên</w:t>
            </w:r>
          </w:p>
        </w:tc>
      </w:tr>
    </w:tbl>
    <w:p w14:paraId="62E10DC6" w14:textId="77777777" w:rsidR="00603671" w:rsidRDefault="00603671">
      <w:pPr>
        <w:spacing w:after="40"/>
      </w:pPr>
    </w:p>
    <w:p w14:paraId="6EDA4D4D" w14:textId="77777777" w:rsidR="00603671" w:rsidRDefault="00000000">
      <w:pPr>
        <w:pStyle w:val="ListBullet"/>
        <w:spacing w:after="40"/>
      </w:pPr>
      <w:r>
        <w:rPr>
          <w:rFonts w:cs="Times New Roman"/>
        </w:rPr>
        <w:t xml:space="preserve">Mở: tab </w:t>
      </w:r>
      <w:r>
        <w:rPr>
          <w:rFonts w:cs="Times New Roman"/>
          <w:b/>
        </w:rPr>
        <w:t>Sự kiện</w:t>
      </w:r>
      <w:r>
        <w:rPr>
          <w:rFonts w:cs="Times New Roman"/>
        </w:rPr>
        <w:t xml:space="preserve"> → chọn ngày trên lịch → bấm sự kiện.</w:t>
      </w:r>
    </w:p>
    <w:p w14:paraId="47D48426" w14:textId="77777777" w:rsidR="00603671" w:rsidRDefault="00000000">
      <w:pPr>
        <w:pStyle w:val="ListBullet"/>
        <w:spacing w:after="40"/>
      </w:pPr>
      <w:r>
        <w:rPr>
          <w:rFonts w:cs="Times New Roman"/>
        </w:rPr>
        <w:t xml:space="preserve">Mỗi sự kiện có thể có nhiều </w:t>
      </w:r>
      <w:r>
        <w:rPr>
          <w:rFonts w:cs="Times New Roman"/>
          <w:b/>
        </w:rPr>
        <w:t>phiên</w:t>
      </w:r>
      <w:r>
        <w:rPr>
          <w:rFonts w:cs="Times New Roman"/>
        </w:rPr>
        <w:t xml:space="preserve">. Bấm </w:t>
      </w:r>
      <w:r>
        <w:rPr>
          <w:rFonts w:cs="Times New Roman"/>
          <w:b/>
        </w:rPr>
        <w:t>Đăng ký tham dự</w:t>
      </w:r>
      <w:r>
        <w:rPr>
          <w:rFonts w:cs="Times New Roman"/>
        </w:rPr>
        <w:t xml:space="preserve"> ở phiên muốn dự.</w:t>
      </w:r>
    </w:p>
    <w:p w14:paraId="3EDE8557" w14:textId="77777777" w:rsidR="00603671" w:rsidRDefault="00000000">
      <w:pPr>
        <w:pStyle w:val="ListBullet"/>
        <w:spacing w:after="40"/>
      </w:pPr>
      <w:r>
        <w:rPr>
          <w:rFonts w:cs="Times New Roman"/>
        </w:rPr>
        <w:t xml:space="preserve">Tại sự kiện, khi phiên đang diễn ra: bấm </w:t>
      </w:r>
      <w:r>
        <w:rPr>
          <w:rFonts w:cs="Times New Roman"/>
          <w:b/>
        </w:rPr>
        <w:t>Xác nhận tham gia</w:t>
      </w:r>
      <w:r>
        <w:rPr>
          <w:rFonts w:cs="Times New Roman"/>
        </w:rPr>
        <w:t xml:space="preserve"> và chụp khuôn mặt.</w:t>
      </w:r>
    </w:p>
    <w:p w14:paraId="79AE24C8" w14:textId="77777777" w:rsidR="00603671" w:rsidRDefault="00000000">
      <w:pPr>
        <w:pStyle w:val="ListBullet"/>
        <w:spacing w:after="40"/>
      </w:pPr>
      <w:r>
        <w:rPr>
          <w:rFonts w:cs="Times New Roman"/>
        </w:rPr>
        <w:t xml:space="preserve">Kết quả </w:t>
      </w:r>
      <w:r>
        <w:rPr>
          <w:rFonts w:cs="Times New Roman"/>
          <w:b/>
        </w:rPr>
        <w:t>Chờ duyệt</w:t>
      </w:r>
      <w:r>
        <w:rPr>
          <w:rFonts w:cs="Times New Roman"/>
        </w:rPr>
        <w:t>: ban tổ chức sẽ duyệt, không cần làm lại.</w:t>
      </w:r>
    </w:p>
    <w:p w14:paraId="28C6061E" w14:textId="77777777" w:rsidR="00603671" w:rsidRDefault="00000000">
      <w:pPr>
        <w:pStyle w:val="Heading1"/>
      </w:pPr>
      <w:bookmarkStart w:id="9" w:name="_Toc242370039"/>
      <w:r>
        <w:t>7. Thông báo và Cá nhân</w:t>
      </w:r>
      <w:bookmarkEnd w:id="9"/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603671" w14:paraId="0ADD938B" w14:textId="77777777">
        <w:trPr>
          <w:jc w:val="center"/>
        </w:trPr>
        <w:tc>
          <w:tcPr>
            <w:tcW w:w="4819" w:type="dxa"/>
          </w:tcPr>
          <w:p w14:paraId="4FE5714F" w14:textId="77777777" w:rsidR="00603671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B5C8A89" wp14:editId="583B90B8">
                  <wp:extent cx="1944000" cy="330480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v_18_thong_bao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000" cy="3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14:paraId="3038B752" w14:textId="77777777" w:rsidR="00603671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02BD2DE" wp14:editId="2C4530F8">
                  <wp:extent cx="1944000" cy="33048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v_20_ca_nhan_cuoi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000" cy="3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3671" w14:paraId="1303BED0" w14:textId="77777777">
        <w:trPr>
          <w:jc w:val="center"/>
        </w:trPr>
        <w:tc>
          <w:tcPr>
            <w:tcW w:w="4819" w:type="dxa"/>
          </w:tcPr>
          <w:p w14:paraId="7171EB4C" w14:textId="77777777" w:rsidR="00603671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 xml:space="preserve">Hình 14. Hộp thông báo – ① menu đánh dấu đã </w:t>
            </w:r>
            <w:r>
              <w:rPr>
                <w:rFonts w:cs="Times New Roman"/>
                <w:i/>
                <w:color w:val="555E6E"/>
                <w:sz w:val="21"/>
              </w:rPr>
              <w:lastRenderedPageBreak/>
              <w:t>đọc/xóa</w:t>
            </w:r>
          </w:p>
        </w:tc>
        <w:tc>
          <w:tcPr>
            <w:tcW w:w="4819" w:type="dxa"/>
          </w:tcPr>
          <w:p w14:paraId="3A5CBE77" w14:textId="77777777" w:rsidR="00603671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lastRenderedPageBreak/>
              <w:t>Hình 15. Cá nhân – đăng xuất ở cuối trang</w:t>
            </w:r>
          </w:p>
        </w:tc>
      </w:tr>
    </w:tbl>
    <w:p w14:paraId="11BBF467" w14:textId="77777777" w:rsidR="00603671" w:rsidRDefault="00603671">
      <w:pPr>
        <w:spacing w:after="40"/>
      </w:pPr>
    </w:p>
    <w:p w14:paraId="729BC7CA" w14:textId="77777777" w:rsidR="00603671" w:rsidRDefault="00000000">
      <w:pPr>
        <w:pStyle w:val="ListBullet"/>
        <w:spacing w:after="40"/>
      </w:pPr>
      <w:r>
        <w:rPr>
          <w:rFonts w:cs="Times New Roman"/>
        </w:rPr>
        <w:t>Bấm vào thông báo đẩy để mở đúng màn hình liên quan (TKB, điểm, học phí, sự kiện…).</w:t>
      </w:r>
    </w:p>
    <w:p w14:paraId="5D4C8F4F" w14:textId="77777777" w:rsidR="00603671" w:rsidRDefault="00000000">
      <w:pPr>
        <w:pStyle w:val="ListBullet"/>
        <w:spacing w:after="40"/>
      </w:pPr>
      <w:r>
        <w:rPr>
          <w:rFonts w:cs="Times New Roman"/>
          <w:b/>
        </w:rPr>
        <w:t>Cá nhân</w:t>
      </w:r>
      <w:r>
        <w:rPr>
          <w:rFonts w:cs="Times New Roman"/>
        </w:rPr>
        <w:t xml:space="preserve">: Giao diện, Ngôn ngữ, </w:t>
      </w:r>
      <w:r>
        <w:rPr>
          <w:rFonts w:cs="Times New Roman"/>
          <w:b/>
        </w:rPr>
        <w:t>Đăng ký khuôn mặt</w:t>
      </w:r>
      <w:r>
        <w:rPr>
          <w:rFonts w:cs="Times New Roman"/>
        </w:rPr>
        <w:t xml:space="preserve">, </w:t>
      </w:r>
      <w:r>
        <w:rPr>
          <w:rFonts w:cs="Times New Roman"/>
          <w:b/>
        </w:rPr>
        <w:t>Đăng nhập nhanh</w:t>
      </w:r>
      <w:r>
        <w:rPr>
          <w:rFonts w:cs="Times New Roman"/>
        </w:rPr>
        <w:t xml:space="preserve"> bằng khuôn mặt, </w:t>
      </w:r>
      <w:r>
        <w:rPr>
          <w:rFonts w:cs="Times New Roman"/>
          <w:b/>
        </w:rPr>
        <w:t>Đăng xuất</w:t>
      </w:r>
      <w:r>
        <w:rPr>
          <w:rFonts w:cs="Times New Roman"/>
        </w:rPr>
        <w:t>.</w:t>
      </w:r>
    </w:p>
    <w:p w14:paraId="5D22BE83" w14:textId="77777777" w:rsidR="00603671" w:rsidRDefault="00000000">
      <w:pPr>
        <w:pStyle w:val="ListBullet"/>
        <w:spacing w:after="40"/>
      </w:pPr>
      <w:r>
        <w:rPr>
          <w:rFonts w:cs="Times New Roman"/>
        </w:rPr>
        <w:t>Đăng xuất trước khi đưa điện thoại cho người khác hoặc đổi máy.</w:t>
      </w:r>
    </w:p>
    <w:p w14:paraId="18F38840" w14:textId="77777777" w:rsidR="00603671" w:rsidRDefault="00000000">
      <w:r>
        <w:br w:type="page"/>
      </w:r>
    </w:p>
    <w:p w14:paraId="51BEBEDD" w14:textId="77777777" w:rsidR="00603671" w:rsidRDefault="00000000">
      <w:pPr>
        <w:pStyle w:val="Heading1"/>
      </w:pPr>
      <w:bookmarkStart w:id="10" w:name="_Toc242370040"/>
      <w:r>
        <w:lastRenderedPageBreak/>
        <w:t>8. Hỏi đáp nhanh và liên hệ</w:t>
      </w:r>
      <w:bookmarkEnd w:id="10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681"/>
        <w:gridCol w:w="5947"/>
      </w:tblGrid>
      <w:tr w:rsidR="00603671" w14:paraId="0820CA16" w14:textId="77777777">
        <w:trPr>
          <w:tblHeader/>
          <w:jc w:val="center"/>
        </w:trPr>
        <w:tc>
          <w:tcPr>
            <w:tcW w:w="3685" w:type="dxa"/>
            <w:shd w:val="clear" w:color="auto" w:fill="053384"/>
          </w:tcPr>
          <w:p w14:paraId="1DAD064B" w14:textId="77777777" w:rsidR="00603671" w:rsidRDefault="00000000">
            <w:r>
              <w:rPr>
                <w:rFonts w:cs="Times New Roman"/>
                <w:b/>
                <w:color w:val="FFFFFF"/>
                <w:sz w:val="24"/>
              </w:rPr>
              <w:t>Tình huống</w:t>
            </w:r>
          </w:p>
        </w:tc>
        <w:tc>
          <w:tcPr>
            <w:tcW w:w="5953" w:type="dxa"/>
            <w:shd w:val="clear" w:color="auto" w:fill="053384"/>
          </w:tcPr>
          <w:p w14:paraId="11D73534" w14:textId="77777777" w:rsidR="00603671" w:rsidRDefault="00000000">
            <w:r>
              <w:rPr>
                <w:rFonts w:cs="Times New Roman"/>
                <w:b/>
                <w:color w:val="FFFFFF"/>
                <w:sz w:val="24"/>
              </w:rPr>
              <w:t>Cách xử lý</w:t>
            </w:r>
          </w:p>
        </w:tc>
      </w:tr>
      <w:tr w:rsidR="00603671" w14:paraId="0E6D356F" w14:textId="77777777">
        <w:trPr>
          <w:jc w:val="center"/>
        </w:trPr>
        <w:tc>
          <w:tcPr>
            <w:tcW w:w="3685" w:type="dxa"/>
          </w:tcPr>
          <w:p w14:paraId="6CF55853" w14:textId="77777777" w:rsidR="00603671" w:rsidRDefault="00000000">
            <w:r>
              <w:rPr>
                <w:rFonts w:cs="Times New Roman"/>
                <w:sz w:val="24"/>
              </w:rPr>
              <w:t>Bấm ĐĂNG NHẬP không có phản hồi</w:t>
            </w:r>
          </w:p>
        </w:tc>
        <w:tc>
          <w:tcPr>
            <w:tcW w:w="5953" w:type="dxa"/>
          </w:tcPr>
          <w:p w14:paraId="1B4A5A0C" w14:textId="77777777" w:rsidR="00603671" w:rsidRDefault="00000000">
            <w:r>
              <w:rPr>
                <w:rFonts w:cs="Times New Roman"/>
                <w:sz w:val="24"/>
              </w:rPr>
              <w:t>Đánh dấu ô đồng ý Điều khoản dịch vụ.</w:t>
            </w:r>
          </w:p>
        </w:tc>
      </w:tr>
      <w:tr w:rsidR="00603671" w14:paraId="26EF6E84" w14:textId="77777777">
        <w:trPr>
          <w:jc w:val="center"/>
        </w:trPr>
        <w:tc>
          <w:tcPr>
            <w:tcW w:w="3685" w:type="dxa"/>
          </w:tcPr>
          <w:p w14:paraId="0EA7AA36" w14:textId="77777777" w:rsidR="00603671" w:rsidRDefault="00000000">
            <w:r>
              <w:rPr>
                <w:rFonts w:cs="Times New Roman"/>
                <w:sz w:val="24"/>
              </w:rPr>
              <w:t xml:space="preserve">Ứng dụng báo </w:t>
            </w:r>
            <w:r>
              <w:rPr>
                <w:rFonts w:cs="Times New Roman"/>
                <w:b/>
                <w:sz w:val="24"/>
              </w:rPr>
              <w:t>Bắt buộc cập nhật</w:t>
            </w:r>
          </w:p>
        </w:tc>
        <w:tc>
          <w:tcPr>
            <w:tcW w:w="5953" w:type="dxa"/>
          </w:tcPr>
          <w:p w14:paraId="513986A6" w14:textId="77777777" w:rsidR="00603671" w:rsidRDefault="00000000">
            <w:r>
              <w:rPr>
                <w:rFonts w:cs="Times New Roman"/>
                <w:sz w:val="24"/>
              </w:rPr>
              <w:t xml:space="preserve">Bấm </w:t>
            </w:r>
            <w:r>
              <w:rPr>
                <w:rFonts w:cs="Times New Roman"/>
                <w:b/>
                <w:sz w:val="24"/>
              </w:rPr>
              <w:t>Cập nhật ngay</w:t>
            </w:r>
            <w:r>
              <w:rPr>
                <w:rFonts w:cs="Times New Roman"/>
                <w:sz w:val="24"/>
              </w:rPr>
              <w:t>, cập nhật trên CH Play/App Store.</w:t>
            </w:r>
          </w:p>
        </w:tc>
      </w:tr>
      <w:tr w:rsidR="00603671" w14:paraId="4D0CCD8F" w14:textId="77777777">
        <w:trPr>
          <w:jc w:val="center"/>
        </w:trPr>
        <w:tc>
          <w:tcPr>
            <w:tcW w:w="3685" w:type="dxa"/>
          </w:tcPr>
          <w:p w14:paraId="4A6F7A1F" w14:textId="77777777" w:rsidR="00603671" w:rsidRDefault="00000000">
            <w:r>
              <w:rPr>
                <w:rFonts w:cs="Times New Roman"/>
                <w:b/>
                <w:sz w:val="24"/>
              </w:rPr>
              <w:t>Khuôn mặt không khớp</w:t>
            </w:r>
            <w:r>
              <w:rPr>
                <w:rFonts w:cs="Times New Roman"/>
                <w:sz w:val="24"/>
              </w:rPr>
              <w:t xml:space="preserve"> khi xác nhận sự kiện</w:t>
            </w:r>
          </w:p>
        </w:tc>
        <w:tc>
          <w:tcPr>
            <w:tcW w:w="5953" w:type="dxa"/>
          </w:tcPr>
          <w:p w14:paraId="31ACCBA2" w14:textId="77777777" w:rsidR="00603671" w:rsidRDefault="00000000">
            <w:r>
              <w:rPr>
                <w:rFonts w:cs="Times New Roman"/>
                <w:sz w:val="24"/>
              </w:rPr>
              <w:t>Đăng ký lại khuôn mặt nơi đủ sáng.</w:t>
            </w:r>
          </w:p>
        </w:tc>
      </w:tr>
      <w:tr w:rsidR="00603671" w14:paraId="72EF110F" w14:textId="77777777">
        <w:trPr>
          <w:jc w:val="center"/>
        </w:trPr>
        <w:tc>
          <w:tcPr>
            <w:tcW w:w="3685" w:type="dxa"/>
          </w:tcPr>
          <w:p w14:paraId="7F36BA44" w14:textId="77777777" w:rsidR="00603671" w:rsidRDefault="00000000">
            <w:r>
              <w:rPr>
                <w:rFonts w:cs="Times New Roman"/>
                <w:b/>
                <w:sz w:val="24"/>
              </w:rPr>
              <w:t>Tắt tùy chọn nhà phát triển</w:t>
            </w:r>
            <w:r>
              <w:rPr>
                <w:rFonts w:cs="Times New Roman"/>
                <w:sz w:val="24"/>
              </w:rPr>
              <w:t xml:space="preserve"> / </w:t>
            </w:r>
            <w:r>
              <w:rPr>
                <w:rFonts w:cs="Times New Roman"/>
                <w:b/>
                <w:sz w:val="24"/>
              </w:rPr>
              <w:t>vị trí giả lập</w:t>
            </w:r>
          </w:p>
        </w:tc>
        <w:tc>
          <w:tcPr>
            <w:tcW w:w="5953" w:type="dxa"/>
          </w:tcPr>
          <w:p w14:paraId="7194C24E" w14:textId="77777777" w:rsidR="00603671" w:rsidRDefault="00000000">
            <w:r>
              <w:rPr>
                <w:rFonts w:cs="Times New Roman"/>
                <w:sz w:val="24"/>
              </w:rPr>
              <w:t>Tắt Developer options hoặc gỡ ứng dụng giả vị trí.</w:t>
            </w:r>
          </w:p>
        </w:tc>
      </w:tr>
      <w:tr w:rsidR="00603671" w14:paraId="02C1A51F" w14:textId="77777777">
        <w:trPr>
          <w:jc w:val="center"/>
        </w:trPr>
        <w:tc>
          <w:tcPr>
            <w:tcW w:w="3685" w:type="dxa"/>
          </w:tcPr>
          <w:p w14:paraId="586E6DD9" w14:textId="77777777" w:rsidR="00603671" w:rsidRDefault="00000000">
            <w:r>
              <w:rPr>
                <w:rFonts w:cs="Times New Roman"/>
                <w:sz w:val="24"/>
              </w:rPr>
              <w:t>Đổi điện thoại</w:t>
            </w:r>
          </w:p>
        </w:tc>
        <w:tc>
          <w:tcPr>
            <w:tcW w:w="5953" w:type="dxa"/>
          </w:tcPr>
          <w:p w14:paraId="1F791259" w14:textId="77777777" w:rsidR="00603671" w:rsidRDefault="00000000">
            <w:r>
              <w:rPr>
                <w:rFonts w:cs="Times New Roman"/>
                <w:sz w:val="24"/>
              </w:rPr>
              <w:t>Cài ứng dụng, đăng nhập lại. Không cần đăng ký lại khuôn mặt.</w:t>
            </w:r>
          </w:p>
        </w:tc>
      </w:tr>
      <w:tr w:rsidR="00603671" w14:paraId="20E84C7D" w14:textId="77777777">
        <w:trPr>
          <w:jc w:val="center"/>
        </w:trPr>
        <w:tc>
          <w:tcPr>
            <w:tcW w:w="3685" w:type="dxa"/>
          </w:tcPr>
          <w:p w14:paraId="59E83FFF" w14:textId="77777777" w:rsidR="00603671" w:rsidRDefault="00000000">
            <w:r>
              <w:rPr>
                <w:rFonts w:cs="Times New Roman"/>
                <w:sz w:val="24"/>
              </w:rPr>
              <w:t>Không nhận thông báo</w:t>
            </w:r>
          </w:p>
        </w:tc>
        <w:tc>
          <w:tcPr>
            <w:tcW w:w="5953" w:type="dxa"/>
          </w:tcPr>
          <w:p w14:paraId="3DEBFA26" w14:textId="77777777" w:rsidR="00603671" w:rsidRDefault="00000000">
            <w:r>
              <w:rPr>
                <w:rFonts w:cs="Times New Roman"/>
                <w:sz w:val="24"/>
              </w:rPr>
              <w:t>Bật quyền Thông báo; tắt tiết kiệm pin cho TVU Mobile.</w:t>
            </w:r>
          </w:p>
        </w:tc>
      </w:tr>
    </w:tbl>
    <w:p w14:paraId="0ACB123C" w14:textId="77777777" w:rsidR="00603671" w:rsidRDefault="00603671">
      <w:pPr>
        <w:spacing w:after="4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680"/>
        <w:gridCol w:w="5948"/>
      </w:tblGrid>
      <w:tr w:rsidR="00603671" w14:paraId="0CF57DE9" w14:textId="77777777">
        <w:trPr>
          <w:tblHeader/>
          <w:jc w:val="center"/>
        </w:trPr>
        <w:tc>
          <w:tcPr>
            <w:tcW w:w="3685" w:type="dxa"/>
            <w:shd w:val="clear" w:color="auto" w:fill="053384"/>
          </w:tcPr>
          <w:p w14:paraId="2B872B77" w14:textId="77777777" w:rsidR="00603671" w:rsidRDefault="00000000">
            <w:r>
              <w:rPr>
                <w:rFonts w:cs="Times New Roman"/>
                <w:b/>
                <w:color w:val="FFFFFF"/>
                <w:sz w:val="24"/>
              </w:rPr>
              <w:t>Vấn đề</w:t>
            </w:r>
          </w:p>
        </w:tc>
        <w:tc>
          <w:tcPr>
            <w:tcW w:w="5953" w:type="dxa"/>
            <w:shd w:val="clear" w:color="auto" w:fill="053384"/>
          </w:tcPr>
          <w:p w14:paraId="7B9B3963" w14:textId="77777777" w:rsidR="00603671" w:rsidRDefault="00000000">
            <w:r>
              <w:rPr>
                <w:rFonts w:cs="Times New Roman"/>
                <w:b/>
                <w:color w:val="FFFFFF"/>
                <w:sz w:val="24"/>
              </w:rPr>
              <w:t>Liên hệ</w:t>
            </w:r>
          </w:p>
        </w:tc>
      </w:tr>
      <w:tr w:rsidR="00603671" w14:paraId="38ECEB55" w14:textId="77777777">
        <w:trPr>
          <w:jc w:val="center"/>
        </w:trPr>
        <w:tc>
          <w:tcPr>
            <w:tcW w:w="3685" w:type="dxa"/>
          </w:tcPr>
          <w:p w14:paraId="40EBF955" w14:textId="77777777" w:rsidR="00603671" w:rsidRDefault="00000000">
            <w:r>
              <w:rPr>
                <w:rFonts w:cs="Times New Roman"/>
                <w:sz w:val="24"/>
              </w:rPr>
              <w:t>Lỗi ứng dụng, tài khoản SSO</w:t>
            </w:r>
          </w:p>
        </w:tc>
        <w:tc>
          <w:tcPr>
            <w:tcW w:w="5953" w:type="dxa"/>
          </w:tcPr>
          <w:p w14:paraId="37C919BB" w14:textId="25EAF0C7" w:rsidR="00603671" w:rsidRDefault="001148F7">
            <w:r>
              <w:rPr>
                <w:rFonts w:cs="Times New Roman"/>
                <w:sz w:val="24"/>
              </w:rPr>
              <w:t xml:space="preserve">Ban Công nghệ Thông tin – </w:t>
            </w:r>
            <w:r>
              <w:rPr>
                <w:rFonts w:cs="Times New Roman"/>
                <w:b/>
                <w:sz w:val="24"/>
              </w:rPr>
              <w:t>phong.cntt@tvu.edu.vn</w:t>
            </w:r>
          </w:p>
        </w:tc>
      </w:tr>
      <w:tr w:rsidR="00603671" w14:paraId="79AB39FE" w14:textId="77777777">
        <w:trPr>
          <w:jc w:val="center"/>
        </w:trPr>
        <w:tc>
          <w:tcPr>
            <w:tcW w:w="3685" w:type="dxa"/>
          </w:tcPr>
          <w:p w14:paraId="740CF1E5" w14:textId="77777777" w:rsidR="00603671" w:rsidRDefault="00000000">
            <w:r>
              <w:rPr>
                <w:rFonts w:cs="Times New Roman"/>
                <w:sz w:val="24"/>
              </w:rPr>
              <w:t>Thời khóa biểu, điểm số</w:t>
            </w:r>
          </w:p>
        </w:tc>
        <w:tc>
          <w:tcPr>
            <w:tcW w:w="5953" w:type="dxa"/>
          </w:tcPr>
          <w:p w14:paraId="2FA8CC1D" w14:textId="4C7EFBD2" w:rsidR="00603671" w:rsidRDefault="001148F7">
            <w:r>
              <w:rPr>
                <w:rFonts w:cs="Times New Roman"/>
                <w:sz w:val="24"/>
              </w:rPr>
              <w:t>Ban Đào tạo</w:t>
            </w:r>
          </w:p>
        </w:tc>
      </w:tr>
      <w:tr w:rsidR="00603671" w14:paraId="23D14C11" w14:textId="77777777">
        <w:trPr>
          <w:jc w:val="center"/>
        </w:trPr>
        <w:tc>
          <w:tcPr>
            <w:tcW w:w="3685" w:type="dxa"/>
          </w:tcPr>
          <w:p w14:paraId="38DCADB9" w14:textId="77777777" w:rsidR="00603671" w:rsidRDefault="00000000">
            <w:r>
              <w:rPr>
                <w:rFonts w:cs="Times New Roman"/>
                <w:sz w:val="24"/>
              </w:rPr>
              <w:t>Học phí</w:t>
            </w:r>
          </w:p>
        </w:tc>
        <w:tc>
          <w:tcPr>
            <w:tcW w:w="5953" w:type="dxa"/>
          </w:tcPr>
          <w:p w14:paraId="05017424" w14:textId="77777777" w:rsidR="00603671" w:rsidRDefault="00000000">
            <w:r>
              <w:rPr>
                <w:rFonts w:cs="Times New Roman"/>
                <w:sz w:val="24"/>
              </w:rPr>
              <w:t>Bộ phận tài chính của trường</w:t>
            </w:r>
          </w:p>
        </w:tc>
      </w:tr>
    </w:tbl>
    <w:p w14:paraId="2F5FEA7D" w14:textId="77777777" w:rsidR="00603671" w:rsidRDefault="00603671">
      <w:pPr>
        <w:spacing w:after="40"/>
      </w:pPr>
    </w:p>
    <w:p w14:paraId="0DB38DBD" w14:textId="77777777" w:rsidR="00603671" w:rsidRDefault="00000000">
      <w:r>
        <w:rPr>
          <w:rFonts w:cs="Times New Roman"/>
          <w:sz w:val="24"/>
        </w:rPr>
        <w:t>Khi báo lỗi, gửi kèm: họ tên, MSSV, loại điện thoại, ảnh chụp màn hình lỗi.</w:t>
      </w:r>
    </w:p>
    <w:sectPr w:rsidR="00603671" w:rsidSect="00034616">
      <w:headerReference w:type="default" r:id="rId24"/>
      <w:footerReference w:type="default" r:id="rId25"/>
      <w:pgSz w:w="11906" w:h="16838"/>
      <w:pgMar w:top="1134" w:right="1134" w:bottom="1020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B1134" w14:textId="77777777" w:rsidR="004D11EB" w:rsidRDefault="004D11EB">
      <w:pPr>
        <w:spacing w:after="0" w:line="240" w:lineRule="auto"/>
      </w:pPr>
      <w:r>
        <w:separator/>
      </w:r>
    </w:p>
  </w:endnote>
  <w:endnote w:type="continuationSeparator" w:id="0">
    <w:p w14:paraId="39D16D79" w14:textId="77777777" w:rsidR="004D11EB" w:rsidRDefault="004D1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BF917" w14:textId="77777777" w:rsidR="00603671" w:rsidRDefault="00000000">
    <w:pPr>
      <w:pStyle w:val="Footer"/>
      <w:jc w:val="center"/>
    </w:pPr>
    <w:r>
      <w:rPr>
        <w:rFonts w:cs="Times New Roman"/>
        <w:color w:val="555E6E"/>
        <w:sz w:val="20"/>
      </w:rPr>
      <w:t xml:space="preserve">Trang </w:t>
    </w:r>
    <w:r>
      <w:rPr>
        <w:rFonts w:cs="Times New Roman"/>
        <w:sz w:val="20"/>
      </w:rPr>
      <w:fldChar w:fldCharType="begin"/>
    </w:r>
    <w:r>
      <w:rPr>
        <w:rFonts w:cs="Times New Roman"/>
        <w:sz w:val="20"/>
      </w:rPr>
      <w:instrText>PAGE</w:instrText>
    </w:r>
    <w:r>
      <w:rPr>
        <w:rFonts w:cs="Times New Roman"/>
        <w:sz w:val="20"/>
      </w:rPr>
      <w:fldChar w:fldCharType="separate"/>
    </w:r>
    <w:r>
      <w:rPr>
        <w:rFonts w:cs="Times New Roman"/>
        <w:sz w:val="20"/>
      </w:rPr>
      <w:t>…</w:t>
    </w:r>
    <w:r>
      <w:rPr>
        <w:rFonts w:cs="Times New Roman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6B26C" w14:textId="77777777" w:rsidR="004D11EB" w:rsidRDefault="004D11EB">
      <w:pPr>
        <w:spacing w:after="0" w:line="240" w:lineRule="auto"/>
      </w:pPr>
      <w:r>
        <w:separator/>
      </w:r>
    </w:p>
  </w:footnote>
  <w:footnote w:type="continuationSeparator" w:id="0">
    <w:p w14:paraId="19CE0458" w14:textId="77777777" w:rsidR="004D11EB" w:rsidRDefault="004D11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3EEA2" w14:textId="77777777" w:rsidR="00603671" w:rsidRDefault="00000000">
    <w:pPr>
      <w:pStyle w:val="Header"/>
      <w:jc w:val="right"/>
    </w:pPr>
    <w:r>
      <w:rPr>
        <w:rFonts w:cs="Times New Roman"/>
        <w:i/>
        <w:color w:val="555E6E"/>
        <w:sz w:val="20"/>
      </w:rPr>
      <w:t>Hướng dẫn sử dụng TVU Mobile – Sinh viên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6726037">
    <w:abstractNumId w:val="8"/>
  </w:num>
  <w:num w:numId="2" w16cid:durableId="947272350">
    <w:abstractNumId w:val="6"/>
  </w:num>
  <w:num w:numId="3" w16cid:durableId="1220365020">
    <w:abstractNumId w:val="5"/>
  </w:num>
  <w:num w:numId="4" w16cid:durableId="169107891">
    <w:abstractNumId w:val="4"/>
  </w:num>
  <w:num w:numId="5" w16cid:durableId="2034961889">
    <w:abstractNumId w:val="7"/>
  </w:num>
  <w:num w:numId="6" w16cid:durableId="1908029911">
    <w:abstractNumId w:val="3"/>
  </w:num>
  <w:num w:numId="7" w16cid:durableId="1975325627">
    <w:abstractNumId w:val="2"/>
  </w:num>
  <w:num w:numId="8" w16cid:durableId="172887756">
    <w:abstractNumId w:val="1"/>
  </w:num>
  <w:num w:numId="9" w16cid:durableId="9795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1ACD"/>
    <w:rsid w:val="001148F7"/>
    <w:rsid w:val="0015074B"/>
    <w:rsid w:val="001D3B28"/>
    <w:rsid w:val="0029639D"/>
    <w:rsid w:val="00326F90"/>
    <w:rsid w:val="004D11EB"/>
    <w:rsid w:val="004D5702"/>
    <w:rsid w:val="004D62B3"/>
    <w:rsid w:val="0060367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254493"/>
  <w14:defaultImageDpi w14:val="300"/>
  <w15:docId w15:val="{8A012417-7BC1-47B4-AE6C-5A57A721B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eastAsia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cs="Times New Roman"/>
      <w:b/>
      <w:bCs/>
      <w:color w:val="053384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cs="Times New Roman"/>
      <w:b/>
      <w:bCs/>
      <w:color w:val="053384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cs="Times New Roman"/>
      <w:b/>
      <w:bCs/>
      <w:color w:val="053384"/>
      <w:sz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i/>
      <w:color w:val="555E6E"/>
      <w:sz w:val="22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1148F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148F7"/>
    <w:pPr>
      <w:spacing w:after="100"/>
      <w:ind w:left="260"/>
    </w:pPr>
  </w:style>
  <w:style w:type="character" w:styleId="Hyperlink">
    <w:name w:val="Hyperlink"/>
    <w:basedOn w:val="DefaultParagraphFont"/>
    <w:uiPriority w:val="99"/>
    <w:unhideWhenUsed/>
    <w:rsid w:val="001148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Than Thi Le Hang</cp:lastModifiedBy>
  <cp:revision>2</cp:revision>
  <dcterms:created xsi:type="dcterms:W3CDTF">2026-10-08T09:43:00Z</dcterms:created>
  <dcterms:modified xsi:type="dcterms:W3CDTF">2026-10-08T09:43:00Z</dcterms:modified>
  <cp:category/>
</cp:coreProperties>
</file>