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04E80" w14:textId="77777777" w:rsidR="00B90E66" w:rsidRDefault="00B90E66"/>
    <w:p w14:paraId="7AA05917" w14:textId="77777777" w:rsidR="00B90E66" w:rsidRDefault="00B90E66"/>
    <w:p w14:paraId="7486CA54" w14:textId="77777777" w:rsidR="00B90E66" w:rsidRDefault="00B90E66"/>
    <w:p w14:paraId="720CE5D5" w14:textId="77777777" w:rsidR="00B90E66" w:rsidRDefault="00000000">
      <w:pPr>
        <w:jc w:val="center"/>
      </w:pPr>
      <w:r>
        <w:rPr>
          <w:noProof/>
        </w:rPr>
        <w:drawing>
          <wp:inline distT="0" distB="0" distL="0" distR="0" wp14:anchorId="7056BB8F" wp14:editId="4A663FB4">
            <wp:extent cx="1620000" cy="162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vu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A1D2E" w14:textId="5A05A99D" w:rsidR="00B90E66" w:rsidRDefault="00000000">
      <w:pPr>
        <w:spacing w:after="600"/>
        <w:jc w:val="center"/>
      </w:pPr>
      <w:r>
        <w:rPr>
          <w:rFonts w:cs="Times New Roman"/>
          <w:b/>
          <w:color w:val="053384"/>
          <w:sz w:val="30"/>
        </w:rPr>
        <w:t>ĐẠI HỌC TRÀ VINH</w:t>
      </w:r>
    </w:p>
    <w:p w14:paraId="119E50D8" w14:textId="77777777" w:rsidR="00B90E66" w:rsidRDefault="00000000">
      <w:pPr>
        <w:jc w:val="center"/>
      </w:pPr>
      <w:r>
        <w:rPr>
          <w:rFonts w:cs="Times New Roman"/>
          <w:b/>
          <w:color w:val="053384"/>
          <w:sz w:val="52"/>
        </w:rPr>
        <w:t>HƯỚNG DẪN SỬ DỤNG</w:t>
      </w:r>
    </w:p>
    <w:p w14:paraId="01902DF0" w14:textId="77777777" w:rsidR="00B90E66" w:rsidRDefault="00000000">
      <w:pPr>
        <w:spacing w:after="200"/>
        <w:jc w:val="center"/>
      </w:pPr>
      <w:r>
        <w:rPr>
          <w:rFonts w:cs="Times New Roman"/>
          <w:b/>
          <w:color w:val="053384"/>
          <w:sz w:val="60"/>
        </w:rPr>
        <w:t>ỨNG DỤNG TVU MOBILE</w:t>
      </w:r>
    </w:p>
    <w:p w14:paraId="133EFDE6" w14:textId="77777777" w:rsidR="00B90E66" w:rsidRDefault="00000000">
      <w:pPr>
        <w:spacing w:after="800"/>
        <w:jc w:val="center"/>
      </w:pPr>
      <w:r>
        <w:rPr>
          <w:rFonts w:cs="Times New Roman"/>
          <w:color w:val="555E6E"/>
          <w:sz w:val="30"/>
        </w:rPr>
        <w:t>Giảng dạy · Công văn · Ký số · Nghỉ phép · Điều xe · Công lệnh · Lịch họp</w:t>
      </w:r>
    </w:p>
    <w:p w14:paraId="729F0C63" w14:textId="77777777" w:rsidR="00B90E66" w:rsidRDefault="00000000">
      <w:pPr>
        <w:jc w:val="center"/>
      </w:pPr>
      <w:r>
        <w:rPr>
          <w:rFonts w:cs="Times New Roman"/>
          <w:sz w:val="28"/>
        </w:rPr>
        <w:t xml:space="preserve">Dành cho: </w:t>
      </w:r>
      <w:r>
        <w:rPr>
          <w:rFonts w:cs="Times New Roman"/>
          <w:b/>
          <w:sz w:val="28"/>
        </w:rPr>
        <w:t>Giảng viên, viên chức</w:t>
      </w:r>
    </w:p>
    <w:p w14:paraId="5AAB2145" w14:textId="77777777" w:rsidR="00B90E66" w:rsidRDefault="00000000">
      <w:pPr>
        <w:jc w:val="center"/>
      </w:pPr>
      <w:r>
        <w:rPr>
          <w:rFonts w:cs="Times New Roman"/>
          <w:color w:val="555E6E"/>
          <w:sz w:val="24"/>
        </w:rPr>
        <w:t>Phiên bản tài liệu 1.0 – Tháng 10/2026</w:t>
      </w:r>
    </w:p>
    <w:p w14:paraId="72283A7E" w14:textId="77777777" w:rsidR="00B90E66" w:rsidRDefault="00000000">
      <w:r>
        <w:br w:type="page"/>
      </w:r>
    </w:p>
    <w:p w14:paraId="0C58D93B" w14:textId="77777777" w:rsidR="00B90E66" w:rsidRDefault="00000000">
      <w:pPr>
        <w:spacing w:after="200"/>
        <w:jc w:val="center"/>
      </w:pPr>
      <w:r>
        <w:rPr>
          <w:rFonts w:cs="Times New Roman"/>
          <w:b/>
          <w:sz w:val="32"/>
        </w:rPr>
        <w:lastRenderedPageBreak/>
        <w:t>MỤC LỤC</w:t>
      </w:r>
    </w:p>
    <w:p w14:paraId="47925DD0" w14:textId="77777777" w:rsidR="00C95536" w:rsidRDefault="00000000">
      <w:pPr>
        <w:pStyle w:val="TOC1"/>
        <w:tabs>
          <w:tab w:val="right" w:leader="dot" w:pos="9628"/>
        </w:tabs>
        <w:rPr>
          <w:noProof/>
        </w:rPr>
      </w:pPr>
      <w:r>
        <w:rPr>
          <w:rFonts w:cs="Times New Roman"/>
          <w:sz w:val="24"/>
        </w:rPr>
        <w:fldChar w:fldCharType="begin"/>
      </w:r>
      <w:r>
        <w:rPr>
          <w:rFonts w:cs="Times New Roman"/>
          <w:sz w:val="24"/>
        </w:rPr>
        <w:instrText>TOC \o "1-2" \h \z \u</w:instrText>
      </w:r>
      <w:r>
        <w:rPr>
          <w:rFonts w:cs="Times New Roman"/>
          <w:sz w:val="24"/>
        </w:rPr>
        <w:fldChar w:fldCharType="separate"/>
      </w:r>
      <w:hyperlink w:anchor="_Toc242370706" w:history="1">
        <w:r w:rsidR="00C95536" w:rsidRPr="00D565B1">
          <w:rPr>
            <w:rStyle w:val="Hyperlink"/>
            <w:noProof/>
          </w:rPr>
          <w:t>1. Bắt đầu nhanh</w:t>
        </w:r>
        <w:r w:rsidR="00C95536">
          <w:rPr>
            <w:noProof/>
            <w:webHidden/>
          </w:rPr>
          <w:tab/>
        </w:r>
        <w:r w:rsidR="00C95536">
          <w:rPr>
            <w:noProof/>
            <w:webHidden/>
          </w:rPr>
          <w:fldChar w:fldCharType="begin"/>
        </w:r>
        <w:r w:rsidR="00C95536">
          <w:rPr>
            <w:noProof/>
            <w:webHidden/>
          </w:rPr>
          <w:instrText xml:space="preserve"> PAGEREF _Toc242370706 \h </w:instrText>
        </w:r>
        <w:r w:rsidR="00C95536">
          <w:rPr>
            <w:noProof/>
            <w:webHidden/>
          </w:rPr>
        </w:r>
        <w:r w:rsidR="00C95536">
          <w:rPr>
            <w:noProof/>
            <w:webHidden/>
          </w:rPr>
          <w:fldChar w:fldCharType="separate"/>
        </w:r>
        <w:r w:rsidR="00C95536">
          <w:rPr>
            <w:noProof/>
            <w:webHidden/>
          </w:rPr>
          <w:t>3</w:t>
        </w:r>
        <w:r w:rsidR="00C95536">
          <w:rPr>
            <w:noProof/>
            <w:webHidden/>
          </w:rPr>
          <w:fldChar w:fldCharType="end"/>
        </w:r>
      </w:hyperlink>
    </w:p>
    <w:p w14:paraId="5525C2F0" w14:textId="77777777" w:rsidR="00C95536" w:rsidRDefault="00C95536">
      <w:pPr>
        <w:pStyle w:val="TOC1"/>
        <w:tabs>
          <w:tab w:val="right" w:leader="dot" w:pos="9628"/>
        </w:tabs>
        <w:rPr>
          <w:noProof/>
        </w:rPr>
      </w:pPr>
      <w:hyperlink w:anchor="_Toc242370707" w:history="1">
        <w:r w:rsidRPr="00D565B1">
          <w:rPr>
            <w:rStyle w:val="Hyperlink"/>
            <w:noProof/>
          </w:rPr>
          <w:t>2. Màn hình chính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_Toc242370707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4B44AE1" w14:textId="77777777" w:rsidR="00C95536" w:rsidRDefault="00C95536">
      <w:pPr>
        <w:pStyle w:val="TOC1"/>
        <w:tabs>
          <w:tab w:val="right" w:leader="dot" w:pos="9628"/>
        </w:tabs>
        <w:rPr>
          <w:noProof/>
        </w:rPr>
      </w:pPr>
      <w:hyperlink w:anchor="_Toc242370708" w:history="1">
        <w:r w:rsidRPr="00D565B1">
          <w:rPr>
            <w:rStyle w:val="Hyperlink"/>
            <w:noProof/>
          </w:rPr>
          <w:t>3. Thời khóa biểu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_Toc242370708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3A95D79" w14:textId="77777777" w:rsidR="00C95536" w:rsidRDefault="00C95536">
      <w:pPr>
        <w:pStyle w:val="TOC1"/>
        <w:tabs>
          <w:tab w:val="right" w:leader="dot" w:pos="9628"/>
        </w:tabs>
        <w:rPr>
          <w:noProof/>
        </w:rPr>
      </w:pPr>
      <w:hyperlink w:anchor="_Toc242370709" w:history="1">
        <w:r w:rsidRPr="00D565B1">
          <w:rPr>
            <w:rStyle w:val="Hyperlink"/>
            <w:noProof/>
          </w:rPr>
          <w:t>4. Công văn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373CC98" w14:textId="77777777" w:rsidR="00C95536" w:rsidRDefault="00C95536">
      <w:pPr>
        <w:pStyle w:val="TOC1"/>
        <w:tabs>
          <w:tab w:val="right" w:leader="dot" w:pos="9628"/>
        </w:tabs>
        <w:rPr>
          <w:noProof/>
        </w:rPr>
      </w:pPr>
      <w:hyperlink w:anchor="_Toc242370710" w:history="1">
        <w:r w:rsidRPr="00D565B1">
          <w:rPr>
            <w:rStyle w:val="Hyperlink"/>
            <w:noProof/>
          </w:rPr>
          <w:t>5. Ký số văn bản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_Toc242370710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C7C8A56" w14:textId="77777777" w:rsidR="00C95536" w:rsidRDefault="00C95536">
      <w:pPr>
        <w:pStyle w:val="TOC1"/>
        <w:tabs>
          <w:tab w:val="right" w:leader="dot" w:pos="9628"/>
        </w:tabs>
        <w:rPr>
          <w:noProof/>
        </w:rPr>
      </w:pPr>
      <w:hyperlink w:anchor="_Toc242370711" w:history="1">
        <w:r w:rsidRPr="00D565B1">
          <w:rPr>
            <w:rStyle w:val="Hyperlink"/>
            <w:noProof/>
          </w:rPr>
          <w:t>6. Giao việc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_Toc242370711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0D3B1AD" w14:textId="77777777" w:rsidR="00C95536" w:rsidRDefault="00C95536">
      <w:pPr>
        <w:pStyle w:val="TOC1"/>
        <w:tabs>
          <w:tab w:val="right" w:leader="dot" w:pos="9628"/>
        </w:tabs>
        <w:rPr>
          <w:noProof/>
        </w:rPr>
      </w:pPr>
      <w:hyperlink w:anchor="_Toc242370712" w:history="1">
        <w:r w:rsidRPr="00D565B1">
          <w:rPr>
            <w:rStyle w:val="Hyperlink"/>
            <w:noProof/>
          </w:rPr>
          <w:t>7. Nghỉ phép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_Toc242370712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45408AB" w14:textId="77777777" w:rsidR="00C95536" w:rsidRDefault="00C95536">
      <w:pPr>
        <w:pStyle w:val="TOC1"/>
        <w:tabs>
          <w:tab w:val="right" w:leader="dot" w:pos="9628"/>
        </w:tabs>
        <w:rPr>
          <w:noProof/>
        </w:rPr>
      </w:pPr>
      <w:hyperlink w:anchor="_Toc242370713" w:history="1">
        <w:r w:rsidRPr="00D565B1">
          <w:rPr>
            <w:rStyle w:val="Hyperlink"/>
            <w:noProof/>
          </w:rPr>
          <w:t>8. Điều xe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_Toc242370713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6DD8B9F" w14:textId="77777777" w:rsidR="00C95536" w:rsidRDefault="00C95536">
      <w:pPr>
        <w:pStyle w:val="TOC1"/>
        <w:tabs>
          <w:tab w:val="right" w:leader="dot" w:pos="9628"/>
        </w:tabs>
        <w:rPr>
          <w:noProof/>
        </w:rPr>
      </w:pPr>
      <w:hyperlink w:anchor="_Toc242370714" w:history="1">
        <w:r w:rsidRPr="00D565B1">
          <w:rPr>
            <w:rStyle w:val="Hyperlink"/>
            <w:noProof/>
          </w:rPr>
          <w:t>9. Công lệnh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_Toc242370714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C422436" w14:textId="77777777" w:rsidR="00C95536" w:rsidRDefault="00C95536">
      <w:pPr>
        <w:pStyle w:val="TOC1"/>
        <w:tabs>
          <w:tab w:val="right" w:leader="dot" w:pos="9628"/>
        </w:tabs>
        <w:rPr>
          <w:noProof/>
        </w:rPr>
      </w:pPr>
      <w:hyperlink w:anchor="_Toc242370715" w:history="1">
        <w:r w:rsidRPr="00D565B1">
          <w:rPr>
            <w:rStyle w:val="Hyperlink"/>
            <w:noProof/>
          </w:rPr>
          <w:t>10. Lịch họp và Sự kiện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_Toc242370715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073F01A" w14:textId="77777777" w:rsidR="00C95536" w:rsidRDefault="00C95536">
      <w:pPr>
        <w:pStyle w:val="TOC1"/>
        <w:tabs>
          <w:tab w:val="right" w:leader="dot" w:pos="9628"/>
        </w:tabs>
        <w:rPr>
          <w:noProof/>
        </w:rPr>
      </w:pPr>
      <w:hyperlink w:anchor="_Toc242370716" w:history="1">
        <w:r w:rsidRPr="00D565B1">
          <w:rPr>
            <w:rStyle w:val="Hyperlink"/>
            <w:noProof/>
          </w:rPr>
          <w:t>11. Danh bạ, Thông tin và Lương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_Toc242370716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ACEF008" w14:textId="77777777" w:rsidR="00C95536" w:rsidRDefault="00C95536">
      <w:pPr>
        <w:pStyle w:val="TOC1"/>
        <w:tabs>
          <w:tab w:val="right" w:leader="dot" w:pos="9628"/>
        </w:tabs>
        <w:rPr>
          <w:noProof/>
        </w:rPr>
      </w:pPr>
      <w:hyperlink w:anchor="_Toc242370717" w:history="1">
        <w:r w:rsidRPr="00D565B1">
          <w:rPr>
            <w:rStyle w:val="Hyperlink"/>
            <w:noProof/>
          </w:rPr>
          <w:t>12. Thông báo và Cá nhân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_Toc242370717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FDB53E6" w14:textId="77777777" w:rsidR="00C95536" w:rsidRDefault="00C95536">
      <w:pPr>
        <w:pStyle w:val="TOC1"/>
        <w:tabs>
          <w:tab w:val="right" w:leader="dot" w:pos="9628"/>
        </w:tabs>
        <w:rPr>
          <w:noProof/>
        </w:rPr>
      </w:pPr>
      <w:hyperlink w:anchor="_Toc242370718" w:history="1">
        <w:r w:rsidRPr="00D565B1">
          <w:rPr>
            <w:rStyle w:val="Hyperlink"/>
            <w:noProof/>
          </w:rPr>
          <w:t>13. Hỏi đáp nhanh và liên hệ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_Toc242370718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C2E7519" w14:textId="77777777" w:rsidR="00B90E66" w:rsidRDefault="00000000">
      <w:r>
        <w:rPr>
          <w:rFonts w:cs="Times New Roman"/>
          <w:sz w:val="24"/>
        </w:rPr>
        <w:fldChar w:fldCharType="end"/>
      </w:r>
    </w:p>
    <w:p w14:paraId="0D4F120F" w14:textId="77777777" w:rsidR="00B90E66" w:rsidRDefault="00000000">
      <w:r>
        <w:br w:type="page"/>
      </w:r>
    </w:p>
    <w:p w14:paraId="2D7471FD" w14:textId="77777777" w:rsidR="00B90E66" w:rsidRDefault="00000000">
      <w:pPr>
        <w:pStyle w:val="Heading1"/>
      </w:pPr>
      <w:bookmarkStart w:id="0" w:name="_Toc242370706"/>
      <w:r>
        <w:lastRenderedPageBreak/>
        <w:t>1. Bắt đầu nhanh</w:t>
      </w:r>
      <w:bookmarkEnd w:id="0"/>
    </w:p>
    <w:p w14:paraId="6745B4A6" w14:textId="77777777" w:rsidR="00B90E66" w:rsidRDefault="00000000">
      <w:r>
        <w:rPr>
          <w:rFonts w:cs="Times New Roman"/>
        </w:rPr>
        <w:t xml:space="preserve">Làm 4 bước dưới đây </w:t>
      </w:r>
      <w:r>
        <w:rPr>
          <w:rFonts w:cs="Times New Roman"/>
          <w:b/>
        </w:rPr>
        <w:t>một lần</w:t>
      </w:r>
      <w:r>
        <w:rPr>
          <w:rFonts w:cs="Times New Roman"/>
        </w:rPr>
        <w:t xml:space="preserve">. Tài khoản đăng nhập là tài khoản </w:t>
      </w:r>
      <w:r>
        <w:rPr>
          <w:rFonts w:cs="Times New Roman"/>
          <w:b/>
        </w:rPr>
        <w:t>TVU SSO</w:t>
      </w:r>
      <w:r>
        <w:rPr>
          <w:rFonts w:cs="Times New Roman"/>
        </w:rPr>
        <w:t xml:space="preserve"> (email @tvu.edu.vn), dùng chung với hệ thống quản lý văn bản.</w:t>
      </w:r>
    </w:p>
    <w:p w14:paraId="783037EA" w14:textId="77777777" w:rsidR="00B90E66" w:rsidRDefault="00000000">
      <w:pPr>
        <w:keepNext/>
        <w:jc w:val="center"/>
      </w:pPr>
      <w:r>
        <w:rPr>
          <w:noProof/>
        </w:rPr>
        <w:drawing>
          <wp:inline distT="0" distB="0" distL="0" distR="0" wp14:anchorId="4FA6C5D0" wp14:editId="4BFFAC35">
            <wp:extent cx="6120000" cy="140164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_bat_dau_nhanh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401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E169F" w14:textId="77777777" w:rsidR="00B90E66" w:rsidRDefault="00000000">
      <w:pPr>
        <w:pStyle w:val="Caption"/>
        <w:jc w:val="center"/>
      </w:pPr>
      <w:r>
        <w:rPr>
          <w:rFonts w:cs="Times New Roman"/>
        </w:rPr>
        <w:t>Hình 1. Bốn bước để bắt đầu dùng TVU Mobile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742"/>
        <w:gridCol w:w="5896"/>
      </w:tblGrid>
      <w:tr w:rsidR="00B90E66" w14:paraId="5468E249" w14:textId="77777777">
        <w:trPr>
          <w:jc w:val="center"/>
        </w:trPr>
        <w:tc>
          <w:tcPr>
            <w:tcW w:w="3742" w:type="dxa"/>
          </w:tcPr>
          <w:p w14:paraId="1F16D377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7E3975" wp14:editId="476F0CEE">
                  <wp:extent cx="2232000" cy="37944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v_01_dang_nhap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79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BB3FE4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2. Màn hình đăng nhập</w:t>
            </w:r>
          </w:p>
        </w:tc>
        <w:tc>
          <w:tcPr>
            <w:tcW w:w="5896" w:type="dxa"/>
            <w:vAlign w:val="center"/>
          </w:tcPr>
          <w:p w14:paraId="2F8EE87E" w14:textId="77777777" w:rsidR="00B90E66" w:rsidRDefault="00000000">
            <w:r>
              <w:rPr>
                <w:rFonts w:cs="Times New Roman"/>
                <w:color w:val="053384"/>
                <w:sz w:val="27"/>
              </w:rPr>
              <w:t>Đăng nhập</w:t>
            </w:r>
          </w:p>
          <w:p w14:paraId="1879FB60" w14:textId="77777777" w:rsidR="00B90E66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1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</w:rPr>
              <w:t xml:space="preserve">Đánh dấu ô </w:t>
            </w:r>
            <w:r>
              <w:rPr>
                <w:rFonts w:cs="Times New Roman"/>
                <w:b/>
              </w:rPr>
              <w:t>đồng ý Điều khoản dịch vụ</w:t>
            </w:r>
            <w:r>
              <w:rPr>
                <w:rFonts w:cs="Times New Roman"/>
              </w:rPr>
              <w:t>.</w:t>
            </w:r>
          </w:p>
          <w:p w14:paraId="1AAD3DEF" w14:textId="77777777" w:rsidR="00B90E66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2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</w:rPr>
              <w:t xml:space="preserve">Bấm </w:t>
            </w:r>
            <w:r>
              <w:rPr>
                <w:rFonts w:cs="Times New Roman"/>
                <w:b/>
              </w:rPr>
              <w:t>ĐĂNG NHẬP</w:t>
            </w:r>
            <w:r>
              <w:rPr>
                <w:rFonts w:cs="Times New Roman"/>
              </w:rPr>
              <w:t xml:space="preserve">, nhập tài khoản </w:t>
            </w:r>
            <w:r>
              <w:rPr>
                <w:rFonts w:cs="Times New Roman"/>
                <w:b/>
              </w:rPr>
              <w:t>TVU SSO</w:t>
            </w:r>
            <w:r>
              <w:rPr>
                <w:rFonts w:cs="Times New Roman"/>
              </w:rPr>
              <w:t>.</w:t>
            </w:r>
          </w:p>
          <w:p w14:paraId="032DCC2D" w14:textId="77777777" w:rsidR="00B90E66" w:rsidRDefault="00000000">
            <w:pPr>
              <w:spacing w:after="100"/>
              <w:ind w:left="425" w:hanging="425"/>
            </w:pPr>
            <w:r>
              <w:rPr>
                <w:rFonts w:cs="Times New Roman"/>
                <w:color w:val="053384"/>
              </w:rPr>
              <w:t xml:space="preserve">•  </w:t>
            </w:r>
            <w:r>
              <w:rPr>
                <w:rFonts w:cs="Times New Roman"/>
              </w:rPr>
              <w:t xml:space="preserve">Cho phép </w:t>
            </w:r>
            <w:r>
              <w:rPr>
                <w:rFonts w:cs="Times New Roman"/>
                <w:b/>
              </w:rPr>
              <w:t>Thông báo, Camera, Vị trí</w:t>
            </w:r>
            <w:r>
              <w:rPr>
                <w:rFonts w:cs="Times New Roman"/>
              </w:rPr>
              <w:t xml:space="preserve"> khi ứng dụng hỏi.</w:t>
            </w:r>
          </w:p>
          <w:p w14:paraId="0EFE7F5E" w14:textId="77777777" w:rsidR="00B90E66" w:rsidRDefault="00000000">
            <w:pPr>
              <w:spacing w:after="100"/>
              <w:ind w:left="425" w:hanging="425"/>
            </w:pPr>
            <w:r>
              <w:rPr>
                <w:rFonts w:cs="Times New Roman"/>
                <w:color w:val="053384"/>
              </w:rPr>
              <w:t xml:space="preserve">•  </w:t>
            </w:r>
            <w:r>
              <w:rPr>
                <w:rFonts w:cs="Times New Roman"/>
              </w:rPr>
              <w:t>Ứng dụng ghi nhớ đăng nhập; chỉ đăng nhập lại khi đã đăng xuất hoặc đổi mật khẩu.</w:t>
            </w:r>
          </w:p>
        </w:tc>
      </w:tr>
    </w:tbl>
    <w:p w14:paraId="56BDF0A5" w14:textId="77777777" w:rsidR="00B90E66" w:rsidRDefault="00B90E66">
      <w:pPr>
        <w:spacing w:after="40"/>
      </w:pPr>
    </w:p>
    <w:tbl>
      <w:tblPr>
        <w:tblW w:w="0" w:type="auto"/>
        <w:tblBorders>
          <w:top w:val="single" w:sz="4" w:space="0" w:color="1E56C7"/>
          <w:left w:val="single" w:sz="18" w:space="0" w:color="1E56C7"/>
          <w:bottom w:val="single" w:sz="4" w:space="0" w:color="1E56C7"/>
          <w:right w:val="single" w:sz="4" w:space="0" w:color="1E56C7"/>
        </w:tblBorders>
        <w:tblLook w:val="04A0" w:firstRow="1" w:lastRow="0" w:firstColumn="1" w:lastColumn="0" w:noHBand="0" w:noVBand="1"/>
      </w:tblPr>
      <w:tblGrid>
        <w:gridCol w:w="9639"/>
      </w:tblGrid>
      <w:tr w:rsidR="00B90E66" w14:paraId="74449B2D" w14:textId="77777777">
        <w:tc>
          <w:tcPr>
            <w:tcW w:w="9639" w:type="dxa"/>
            <w:shd w:val="clear" w:color="auto" w:fill="EAF0FB"/>
          </w:tcPr>
          <w:p w14:paraId="4FC5D9E2" w14:textId="77777777" w:rsidR="00B90E66" w:rsidRDefault="00000000">
            <w:pPr>
              <w:spacing w:after="60"/>
            </w:pPr>
            <w:r>
              <w:rPr>
                <w:rFonts w:cs="Times New Roman"/>
                <w:sz w:val="25"/>
              </w:rPr>
              <w:t xml:space="preserve">Một số mục chỉ hiện với người có thẩm quyền (nút </w:t>
            </w:r>
            <w:r>
              <w:rPr>
                <w:rFonts w:cs="Times New Roman"/>
                <w:b/>
                <w:sz w:val="25"/>
              </w:rPr>
              <w:t>Duyệt</w:t>
            </w:r>
            <w:r>
              <w:rPr>
                <w:rFonts w:cs="Times New Roman"/>
                <w:sz w:val="25"/>
              </w:rPr>
              <w:t xml:space="preserve">, mục quản trị). Thiếu một mục trong tài liệu thường là do </w:t>
            </w:r>
            <w:r>
              <w:rPr>
                <w:rFonts w:cs="Times New Roman"/>
                <w:b/>
                <w:sz w:val="25"/>
              </w:rPr>
              <w:t>phân quyền</w:t>
            </w:r>
            <w:r>
              <w:rPr>
                <w:rFonts w:cs="Times New Roman"/>
                <w:sz w:val="25"/>
              </w:rPr>
              <w:t>, không phải lỗi.</w:t>
            </w:r>
          </w:p>
        </w:tc>
      </w:tr>
    </w:tbl>
    <w:p w14:paraId="0701F2A8" w14:textId="77777777" w:rsidR="00B90E66" w:rsidRDefault="00B90E66">
      <w:pPr>
        <w:spacing w:after="40"/>
      </w:pPr>
    </w:p>
    <w:p w14:paraId="70C6BA52" w14:textId="77777777" w:rsidR="00B90E66" w:rsidRDefault="00000000">
      <w:r>
        <w:br w:type="page"/>
      </w:r>
    </w:p>
    <w:p w14:paraId="12E6CAD6" w14:textId="77777777" w:rsidR="00B90E66" w:rsidRDefault="00000000">
      <w:pPr>
        <w:pStyle w:val="Heading1"/>
      </w:pPr>
      <w:bookmarkStart w:id="1" w:name="_Toc242370707"/>
      <w:r>
        <w:lastRenderedPageBreak/>
        <w:t>2. Màn hình chính</w:t>
      </w:r>
      <w:bookmarkEnd w:id="1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742"/>
        <w:gridCol w:w="5896"/>
      </w:tblGrid>
      <w:tr w:rsidR="00B90E66" w14:paraId="18FC726E" w14:textId="77777777">
        <w:trPr>
          <w:jc w:val="center"/>
        </w:trPr>
        <w:tc>
          <w:tcPr>
            <w:tcW w:w="3742" w:type="dxa"/>
          </w:tcPr>
          <w:p w14:paraId="3B002EB6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4FCE9F" wp14:editId="32B65A2B">
                  <wp:extent cx="2232000" cy="37944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01_trang_chu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79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0CD416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3. Trang chủ giảng viên, viên chức</w:t>
            </w:r>
          </w:p>
        </w:tc>
        <w:tc>
          <w:tcPr>
            <w:tcW w:w="5896" w:type="dxa"/>
            <w:vAlign w:val="center"/>
          </w:tcPr>
          <w:p w14:paraId="34310CE9" w14:textId="77777777" w:rsidR="00B90E66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1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  <w:b/>
              </w:rPr>
              <w:t>Chuông</w:t>
            </w:r>
            <w:r>
              <w:rPr>
                <w:rFonts w:cs="Times New Roman"/>
              </w:rPr>
              <w:t>: Hộp thông báo.</w:t>
            </w:r>
          </w:p>
          <w:p w14:paraId="58C913F8" w14:textId="77777777" w:rsidR="00B90E66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2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</w:rPr>
              <w:t>Đổi giao diện sáng / tối.</w:t>
            </w:r>
          </w:p>
          <w:p w14:paraId="350FFC51" w14:textId="77777777" w:rsidR="00B90E66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3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  <w:b/>
              </w:rPr>
              <w:t>Cá nhân</w:t>
            </w:r>
            <w:r>
              <w:rPr>
                <w:rFonts w:cs="Times New Roman"/>
              </w:rPr>
              <w:t>: khuôn mặt, ngôn ngữ, đăng xuất.</w:t>
            </w:r>
          </w:p>
          <w:p w14:paraId="414F867E" w14:textId="77777777" w:rsidR="00B90E66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4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</w:rPr>
              <w:t xml:space="preserve">Số liệu nhanh: </w:t>
            </w:r>
            <w:r>
              <w:rPr>
                <w:rFonts w:cs="Times New Roman"/>
                <w:b/>
              </w:rPr>
              <w:t>Lớp hôm nay, Công văn, Việc cần làm</w:t>
            </w:r>
            <w:r>
              <w:rPr>
                <w:rFonts w:cs="Times New Roman"/>
              </w:rPr>
              <w:t>.</w:t>
            </w:r>
          </w:p>
          <w:p w14:paraId="22E76C2A" w14:textId="77777777" w:rsidR="00B90E66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5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  <w:b/>
              </w:rPr>
              <w:t>Chức năng chính</w:t>
            </w:r>
            <w:r>
              <w:rPr>
                <w:rFonts w:cs="Times New Roman"/>
              </w:rPr>
              <w:t>: bấm ô để mở.</w:t>
            </w:r>
          </w:p>
          <w:p w14:paraId="232D3950" w14:textId="77777777" w:rsidR="00B90E66" w:rsidRDefault="00000000">
            <w:pPr>
              <w:spacing w:after="100"/>
              <w:ind w:left="425" w:hanging="425"/>
            </w:pPr>
            <w:r>
              <w:rPr>
                <w:rFonts w:cs="Times New Roman"/>
                <w:b/>
                <w:color w:val="FFFFFF"/>
                <w:sz w:val="24"/>
                <w:shd w:val="clear" w:color="auto" w:fill="DC2626"/>
              </w:rPr>
              <w:t xml:space="preserve"> 6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cs="Times New Roman"/>
              </w:rPr>
              <w:t xml:space="preserve">Tab: </w:t>
            </w:r>
            <w:r>
              <w:rPr>
                <w:rFonts w:cs="Times New Roman"/>
                <w:b/>
              </w:rPr>
              <w:t>Trang chủ · Công văn · Danh bạ · Thông tin</w:t>
            </w:r>
            <w:r>
              <w:rPr>
                <w:rFonts w:cs="Times New Roman"/>
              </w:rPr>
              <w:t>.</w:t>
            </w:r>
          </w:p>
        </w:tc>
      </w:tr>
    </w:tbl>
    <w:p w14:paraId="27BE9A90" w14:textId="77777777" w:rsidR="00B90E66" w:rsidRDefault="00B90E66">
      <w:pPr>
        <w:spacing w:after="40"/>
      </w:pPr>
    </w:p>
    <w:p w14:paraId="563C4D6B" w14:textId="77777777" w:rsidR="00B90E66" w:rsidRDefault="00000000">
      <w:pPr>
        <w:keepNext/>
        <w:jc w:val="center"/>
      </w:pPr>
      <w:r>
        <w:rPr>
          <w:noProof/>
        </w:rPr>
        <w:drawing>
          <wp:inline distT="0" distB="0" distL="0" distR="0" wp14:anchorId="18ADE423" wp14:editId="6215D540">
            <wp:extent cx="6120000" cy="241308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_ban_do_chuc_nang_c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413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2EA2B" w14:textId="77777777" w:rsidR="00B90E66" w:rsidRDefault="00000000">
      <w:pPr>
        <w:pStyle w:val="Caption"/>
        <w:jc w:val="center"/>
      </w:pPr>
      <w:r>
        <w:rPr>
          <w:rFonts w:cs="Times New Roman"/>
        </w:rPr>
        <w:t>Hình 4. Bản đồ chức năng</w:t>
      </w:r>
    </w:p>
    <w:p w14:paraId="6D8E6DD4" w14:textId="77777777" w:rsidR="00B90E66" w:rsidRDefault="00000000">
      <w:r>
        <w:br w:type="page"/>
      </w:r>
    </w:p>
    <w:p w14:paraId="0C1841AC" w14:textId="77777777" w:rsidR="00B90E66" w:rsidRDefault="00000000">
      <w:pPr>
        <w:pStyle w:val="Heading1"/>
      </w:pPr>
      <w:bookmarkStart w:id="2" w:name="_Toc242370708"/>
      <w:r>
        <w:lastRenderedPageBreak/>
        <w:t>3. Thời khóa biểu</w:t>
      </w:r>
      <w:bookmarkEnd w:id="2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B90E66" w14:paraId="58644938" w14:textId="77777777">
        <w:trPr>
          <w:jc w:val="center"/>
        </w:trPr>
        <w:tc>
          <w:tcPr>
            <w:tcW w:w="4819" w:type="dxa"/>
          </w:tcPr>
          <w:p w14:paraId="199C2D71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A2DD7A" wp14:editId="55177A5E">
                  <wp:extent cx="1944000" cy="33048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03_tkb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1788063E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BE5B78" wp14:editId="21C7AC9D">
                  <wp:extent cx="1944000" cy="33048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04_chi_tiet_buoi_day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E66" w14:paraId="1CC446AE" w14:textId="77777777">
        <w:trPr>
          <w:jc w:val="center"/>
        </w:trPr>
        <w:tc>
          <w:tcPr>
            <w:tcW w:w="4819" w:type="dxa"/>
          </w:tcPr>
          <w:p w14:paraId="1A59DB3D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5. Lịch dạy theo ngày</w:t>
            </w:r>
          </w:p>
        </w:tc>
        <w:tc>
          <w:tcPr>
            <w:tcW w:w="4819" w:type="dxa"/>
          </w:tcPr>
          <w:p w14:paraId="043C6A3D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6. Chi tiết buổi dạy</w:t>
            </w:r>
          </w:p>
        </w:tc>
      </w:tr>
    </w:tbl>
    <w:p w14:paraId="30D8549B" w14:textId="77777777" w:rsidR="00B90E66" w:rsidRDefault="00B90E66">
      <w:pPr>
        <w:spacing w:after="40"/>
      </w:pPr>
    </w:p>
    <w:p w14:paraId="76329E83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Mở: ô </w:t>
      </w:r>
      <w:r>
        <w:rPr>
          <w:rFonts w:cs="Times New Roman"/>
          <w:b/>
        </w:rPr>
        <w:t>TKB</w:t>
      </w:r>
      <w:r>
        <w:rPr>
          <w:rFonts w:cs="Times New Roman"/>
        </w:rPr>
        <w:t xml:space="preserve"> → chọn ngày → bấm buổi dạy để xem thời gian, phòng, lớp, nhóm.</w:t>
      </w:r>
    </w:p>
    <w:p w14:paraId="0EF8107D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Hai chế độ xem: </w:t>
      </w:r>
      <w:r>
        <w:rPr>
          <w:rFonts w:cs="Times New Roman"/>
          <w:b/>
        </w:rPr>
        <w:t>Lịch</w:t>
      </w:r>
      <w:r>
        <w:rPr>
          <w:rFonts w:cs="Times New Roman"/>
        </w:rPr>
        <w:t xml:space="preserve"> (tuần/tháng) và </w:t>
      </w:r>
      <w:r>
        <w:rPr>
          <w:rFonts w:cs="Times New Roman"/>
          <w:b/>
        </w:rPr>
        <w:t>Lịch trình</w:t>
      </w:r>
      <w:r>
        <w:rPr>
          <w:rFonts w:cs="Times New Roman"/>
        </w:rPr>
        <w:t xml:space="preserve"> (danh sách các buổi sắp tới).</w:t>
      </w:r>
    </w:p>
    <w:p w14:paraId="5D9D397D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Bấm biểu tượng mũi tên cạnh phòng học để </w:t>
      </w:r>
      <w:r>
        <w:rPr>
          <w:rFonts w:cs="Times New Roman"/>
          <w:b/>
        </w:rPr>
        <w:t>chỉ đường</w:t>
      </w:r>
      <w:r>
        <w:rPr>
          <w:rFonts w:cs="Times New Roman"/>
        </w:rPr>
        <w:t xml:space="preserve">; biểu tượng lịch ở góc trên: quay về </w:t>
      </w:r>
      <w:r>
        <w:rPr>
          <w:rFonts w:cs="Times New Roman"/>
          <w:b/>
        </w:rPr>
        <w:t>Hôm nay</w:t>
      </w:r>
      <w:r>
        <w:rPr>
          <w:rFonts w:cs="Times New Roman"/>
        </w:rPr>
        <w:t>.</w:t>
      </w:r>
    </w:p>
    <w:p w14:paraId="73B36572" w14:textId="77777777" w:rsidR="00B90E66" w:rsidRDefault="00000000">
      <w:r>
        <w:br w:type="page"/>
      </w:r>
    </w:p>
    <w:p w14:paraId="4447BBFA" w14:textId="77777777" w:rsidR="00B90E66" w:rsidRDefault="00000000">
      <w:pPr>
        <w:pStyle w:val="Heading1"/>
      </w:pPr>
      <w:bookmarkStart w:id="3" w:name="_Toc242370709"/>
      <w:r>
        <w:lastRenderedPageBreak/>
        <w:t>4. Công văn</w:t>
      </w:r>
      <w:bookmarkEnd w:id="3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B90E66" w14:paraId="74EB79C8" w14:textId="77777777">
        <w:trPr>
          <w:jc w:val="center"/>
        </w:trPr>
        <w:tc>
          <w:tcPr>
            <w:tcW w:w="4819" w:type="dxa"/>
          </w:tcPr>
          <w:p w14:paraId="0F033F83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35C859" wp14:editId="1E53BDFC">
                  <wp:extent cx="1944000" cy="33048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07_cong_van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0AA84854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AC3EDC" wp14:editId="23F432A3">
                  <wp:extent cx="1944000" cy="33048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09_chi_tiet_cong_van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E66" w14:paraId="43353A64" w14:textId="77777777">
        <w:trPr>
          <w:jc w:val="center"/>
        </w:trPr>
        <w:tc>
          <w:tcPr>
            <w:tcW w:w="4819" w:type="dxa"/>
          </w:tcPr>
          <w:p w14:paraId="08ABE180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7. Danh sách – ① chọn loại văn bản</w:t>
            </w:r>
          </w:p>
        </w:tc>
        <w:tc>
          <w:tcPr>
            <w:tcW w:w="4819" w:type="dxa"/>
          </w:tcPr>
          <w:p w14:paraId="44F69815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8. Chi tiết, tệp đính kèm, Giao việc</w:t>
            </w:r>
          </w:p>
        </w:tc>
      </w:tr>
    </w:tbl>
    <w:p w14:paraId="6C0DE338" w14:textId="77777777" w:rsidR="00B90E66" w:rsidRDefault="00B90E66">
      <w:pPr>
        <w:spacing w:after="40"/>
      </w:pPr>
    </w:p>
    <w:p w14:paraId="6BD2D3D3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Mở: tab </w:t>
      </w:r>
      <w:r>
        <w:rPr>
          <w:rFonts w:cs="Times New Roman"/>
          <w:b/>
        </w:rPr>
        <w:t>Công văn</w:t>
      </w:r>
      <w:r>
        <w:rPr>
          <w:rFonts w:cs="Times New Roman"/>
        </w:rPr>
        <w:t xml:space="preserve">. Tìm theo trích yếu, ký hiệu; menu góc trên chọn </w:t>
      </w:r>
      <w:r>
        <w:rPr>
          <w:rFonts w:cs="Times New Roman"/>
          <w:b/>
        </w:rPr>
        <w:t>Văn bản Đảng / Chính quyền / Công đoàn</w:t>
      </w:r>
      <w:r>
        <w:rPr>
          <w:rFonts w:cs="Times New Roman"/>
        </w:rPr>
        <w:t>.</w:t>
      </w:r>
    </w:p>
    <w:p w14:paraId="121548DB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Bấm tệp đính kèm: </w:t>
      </w:r>
      <w:r>
        <w:rPr>
          <w:rFonts w:cs="Times New Roman"/>
          <w:b/>
        </w:rPr>
        <w:t>Xem trong ứng dụng</w:t>
      </w:r>
      <w:r>
        <w:rPr>
          <w:rFonts w:cs="Times New Roman"/>
        </w:rPr>
        <w:t xml:space="preserve"> (PDF), </w:t>
      </w:r>
      <w:r>
        <w:rPr>
          <w:rFonts w:cs="Times New Roman"/>
          <w:b/>
        </w:rPr>
        <w:t>Mở bằng ứng dụng khác</w:t>
      </w:r>
      <w:r>
        <w:rPr>
          <w:rFonts w:cs="Times New Roman"/>
        </w:rPr>
        <w:t xml:space="preserve">, </w:t>
      </w:r>
      <w:r>
        <w:rPr>
          <w:rFonts w:cs="Times New Roman"/>
          <w:b/>
        </w:rPr>
        <w:t>Lưu về máy</w:t>
      </w:r>
      <w:r>
        <w:rPr>
          <w:rFonts w:cs="Times New Roman"/>
        </w:rPr>
        <w:t xml:space="preserve">, </w:t>
      </w:r>
      <w:r>
        <w:rPr>
          <w:rFonts w:cs="Times New Roman"/>
          <w:b/>
        </w:rPr>
        <w:t>Chia sẻ</w:t>
      </w:r>
      <w:r>
        <w:rPr>
          <w:rFonts w:cs="Times New Roman"/>
        </w:rPr>
        <w:t>.</w:t>
      </w:r>
    </w:p>
    <w:p w14:paraId="5598AF22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Bấm </w:t>
      </w:r>
      <w:r>
        <w:rPr>
          <w:rFonts w:cs="Times New Roman"/>
          <w:b/>
        </w:rPr>
        <w:t>Giao việc</w:t>
      </w:r>
      <w:r>
        <w:rPr>
          <w:rFonts w:cs="Times New Roman"/>
        </w:rPr>
        <w:t xml:space="preserve"> để tạo công việc gắn sẵn công văn nguồn (mục 6).</w:t>
      </w:r>
    </w:p>
    <w:p w14:paraId="5D838052" w14:textId="77777777" w:rsidR="00B90E66" w:rsidRDefault="00000000">
      <w:pPr>
        <w:pStyle w:val="ListBullet"/>
        <w:spacing w:after="40"/>
      </w:pPr>
      <w:r>
        <w:rPr>
          <w:rFonts w:cs="Times New Roman"/>
        </w:rPr>
        <w:t>Link công văn trong email của hệ thống văn bản mở được bằng ứng dụng.</w:t>
      </w:r>
    </w:p>
    <w:p w14:paraId="18DEA2E2" w14:textId="77777777" w:rsidR="00B90E66" w:rsidRDefault="00000000">
      <w:r>
        <w:br w:type="page"/>
      </w:r>
    </w:p>
    <w:p w14:paraId="301B6A74" w14:textId="77777777" w:rsidR="00B90E66" w:rsidRDefault="00000000">
      <w:pPr>
        <w:pStyle w:val="Heading1"/>
      </w:pPr>
      <w:bookmarkStart w:id="4" w:name="_Toc242370710"/>
      <w:r>
        <w:lastRenderedPageBreak/>
        <w:t>5. Ký số văn bản</w:t>
      </w:r>
      <w:bookmarkEnd w:id="4"/>
    </w:p>
    <w:tbl>
      <w:tblPr>
        <w:tblW w:w="0" w:type="auto"/>
        <w:tblBorders>
          <w:top w:val="single" w:sz="4" w:space="0" w:color="1E56C7"/>
          <w:left w:val="single" w:sz="18" w:space="0" w:color="1E56C7"/>
          <w:bottom w:val="single" w:sz="4" w:space="0" w:color="1E56C7"/>
          <w:right w:val="single" w:sz="4" w:space="0" w:color="1E56C7"/>
        </w:tblBorders>
        <w:tblLook w:val="04A0" w:firstRow="1" w:lastRow="0" w:firstColumn="1" w:lastColumn="0" w:noHBand="0" w:noVBand="1"/>
      </w:tblPr>
      <w:tblGrid>
        <w:gridCol w:w="9639"/>
      </w:tblGrid>
      <w:tr w:rsidR="00B90E66" w14:paraId="0B1413B8" w14:textId="77777777">
        <w:tc>
          <w:tcPr>
            <w:tcW w:w="9639" w:type="dxa"/>
            <w:shd w:val="clear" w:color="auto" w:fill="EAF0FB"/>
          </w:tcPr>
          <w:p w14:paraId="26CFC061" w14:textId="77777777" w:rsidR="00B90E66" w:rsidRDefault="00000000">
            <w:pPr>
              <w:spacing w:after="60"/>
            </w:pPr>
            <w:r>
              <w:rPr>
                <w:rFonts w:cs="Times New Roman"/>
                <w:sz w:val="25"/>
              </w:rPr>
              <w:t xml:space="preserve">Cần </w:t>
            </w:r>
            <w:r>
              <w:rPr>
                <w:rFonts w:cs="Times New Roman"/>
                <w:b/>
                <w:sz w:val="25"/>
              </w:rPr>
              <w:t>chứng thư số Viettel CA</w:t>
            </w:r>
            <w:r>
              <w:rPr>
                <w:rFonts w:cs="Times New Roman"/>
                <w:sz w:val="25"/>
              </w:rPr>
              <w:t xml:space="preserve"> và ứng dụng </w:t>
            </w:r>
            <w:r>
              <w:rPr>
                <w:rFonts w:cs="Times New Roman"/>
                <w:b/>
                <w:sz w:val="25"/>
              </w:rPr>
              <w:t>MySign</w:t>
            </w:r>
            <w:r>
              <w:rPr>
                <w:rFonts w:cs="Times New Roman"/>
                <w:sz w:val="25"/>
              </w:rPr>
              <w:t xml:space="preserve"> trên cùng điện thoại. Quy trình trình ký, vị trí chữ ký vẫn tạo trên web.</w:t>
            </w:r>
          </w:p>
        </w:tc>
      </w:tr>
    </w:tbl>
    <w:p w14:paraId="1C454274" w14:textId="77777777" w:rsidR="00B90E66" w:rsidRDefault="00B90E66">
      <w:pPr>
        <w:spacing w:after="40"/>
      </w:pPr>
    </w:p>
    <w:p w14:paraId="28130FFE" w14:textId="77777777" w:rsidR="00B90E66" w:rsidRDefault="00000000">
      <w:pPr>
        <w:keepNext/>
        <w:jc w:val="center"/>
      </w:pPr>
      <w:r>
        <w:rPr>
          <w:noProof/>
        </w:rPr>
        <w:drawing>
          <wp:inline distT="0" distB="0" distL="0" distR="0" wp14:anchorId="6A475597" wp14:editId="4DAB7728">
            <wp:extent cx="6120000" cy="201518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_ky_so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01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9516C" w14:textId="77777777" w:rsidR="00B90E66" w:rsidRDefault="00000000">
      <w:pPr>
        <w:pStyle w:val="Caption"/>
        <w:jc w:val="center"/>
      </w:pPr>
      <w:r>
        <w:rPr>
          <w:rFonts w:cs="Times New Roman"/>
        </w:rPr>
        <w:t>Hình 9. Ký số qua MySign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B90E66" w14:paraId="37169547" w14:textId="77777777">
        <w:trPr>
          <w:jc w:val="center"/>
        </w:trPr>
        <w:tc>
          <w:tcPr>
            <w:tcW w:w="4819" w:type="dxa"/>
          </w:tcPr>
          <w:p w14:paraId="43958762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070DE7" wp14:editId="17AD1EA1">
                  <wp:extent cx="1944000" cy="33048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16_ky_so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5A778AD9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7CB371" wp14:editId="35FCF5A8">
                  <wp:extent cx="1944000" cy="33048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17_ky_so_van_ban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E66" w14:paraId="26E246B9" w14:textId="77777777">
        <w:trPr>
          <w:jc w:val="center"/>
        </w:trPr>
        <w:tc>
          <w:tcPr>
            <w:tcW w:w="4819" w:type="dxa"/>
          </w:tcPr>
          <w:p w14:paraId="78699497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10. Danh sách Chờ ký / Đã ký</w:t>
            </w:r>
          </w:p>
        </w:tc>
        <w:tc>
          <w:tcPr>
            <w:tcW w:w="4819" w:type="dxa"/>
          </w:tcPr>
          <w:p w14:paraId="05764FDB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11. ① chữ ký đặt sẵn; ② Ký tài liệu; ③ Trả về</w:t>
            </w:r>
          </w:p>
        </w:tc>
      </w:tr>
    </w:tbl>
    <w:p w14:paraId="51BFE998" w14:textId="77777777" w:rsidR="00B90E66" w:rsidRDefault="00B90E66">
      <w:pPr>
        <w:spacing w:after="4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4"/>
      </w:tblGrid>
      <w:tr w:rsidR="00B90E66" w14:paraId="5454915E" w14:textId="77777777">
        <w:trPr>
          <w:tblHeader/>
          <w:jc w:val="center"/>
        </w:trPr>
        <w:tc>
          <w:tcPr>
            <w:tcW w:w="2835" w:type="dxa"/>
            <w:shd w:val="clear" w:color="auto" w:fill="053384"/>
          </w:tcPr>
          <w:p w14:paraId="4A714383" w14:textId="77777777" w:rsidR="00B90E66" w:rsidRDefault="00000000">
            <w:r>
              <w:rPr>
                <w:rFonts w:cs="Times New Roman"/>
                <w:b/>
                <w:color w:val="FFFFFF"/>
                <w:sz w:val="24"/>
              </w:rPr>
              <w:t>Thao tác</w:t>
            </w:r>
          </w:p>
        </w:tc>
        <w:tc>
          <w:tcPr>
            <w:tcW w:w="6804" w:type="dxa"/>
            <w:shd w:val="clear" w:color="auto" w:fill="053384"/>
          </w:tcPr>
          <w:p w14:paraId="7637C384" w14:textId="77777777" w:rsidR="00B90E66" w:rsidRDefault="00000000">
            <w:r>
              <w:rPr>
                <w:rFonts w:cs="Times New Roman"/>
                <w:b/>
                <w:color w:val="FFFFFF"/>
                <w:sz w:val="24"/>
              </w:rPr>
              <w:t>Khi nào dùng</w:t>
            </w:r>
          </w:p>
        </w:tc>
      </w:tr>
      <w:tr w:rsidR="00B90E66" w14:paraId="35905BF7" w14:textId="77777777">
        <w:trPr>
          <w:jc w:val="center"/>
        </w:trPr>
        <w:tc>
          <w:tcPr>
            <w:tcW w:w="2835" w:type="dxa"/>
          </w:tcPr>
          <w:p w14:paraId="4B59AB13" w14:textId="77777777" w:rsidR="00B90E66" w:rsidRDefault="00000000">
            <w:r>
              <w:rPr>
                <w:rFonts w:cs="Times New Roman"/>
                <w:b/>
                <w:sz w:val="24"/>
              </w:rPr>
              <w:t>Trả về</w:t>
            </w:r>
          </w:p>
        </w:tc>
        <w:tc>
          <w:tcPr>
            <w:tcW w:w="6804" w:type="dxa"/>
          </w:tcPr>
          <w:p w14:paraId="4A04CF45" w14:textId="77777777" w:rsidR="00B90E66" w:rsidRDefault="00000000">
            <w:r>
              <w:rPr>
                <w:rFonts w:cs="Times New Roman"/>
                <w:sz w:val="24"/>
              </w:rPr>
              <w:t>Văn bản chờ ký có sai sót; nhập lý do.</w:t>
            </w:r>
          </w:p>
        </w:tc>
      </w:tr>
      <w:tr w:rsidR="00B90E66" w14:paraId="0AAB39B7" w14:textId="77777777">
        <w:trPr>
          <w:jc w:val="center"/>
        </w:trPr>
        <w:tc>
          <w:tcPr>
            <w:tcW w:w="2835" w:type="dxa"/>
          </w:tcPr>
          <w:p w14:paraId="7E24DAA8" w14:textId="77777777" w:rsidR="00B90E66" w:rsidRDefault="00000000">
            <w:r>
              <w:rPr>
                <w:rFonts w:cs="Times New Roman"/>
                <w:b/>
                <w:sz w:val="24"/>
              </w:rPr>
              <w:t>Hủy ký</w:t>
            </w:r>
          </w:p>
        </w:tc>
        <w:tc>
          <w:tcPr>
            <w:tcW w:w="6804" w:type="dxa"/>
          </w:tcPr>
          <w:p w14:paraId="66E56D9E" w14:textId="77777777" w:rsidR="00B90E66" w:rsidRDefault="00000000">
            <w:r>
              <w:rPr>
                <w:rFonts w:cs="Times New Roman"/>
                <w:sz w:val="24"/>
              </w:rPr>
              <w:t>Đã bấm Ký nhưng chưa xác nhận trong MySign và muốn dừng.</w:t>
            </w:r>
          </w:p>
        </w:tc>
      </w:tr>
      <w:tr w:rsidR="00B90E66" w14:paraId="0C5609BC" w14:textId="77777777">
        <w:trPr>
          <w:jc w:val="center"/>
        </w:trPr>
        <w:tc>
          <w:tcPr>
            <w:tcW w:w="2835" w:type="dxa"/>
          </w:tcPr>
          <w:p w14:paraId="65D1E9DC" w14:textId="77777777" w:rsidR="00B90E66" w:rsidRDefault="00000000">
            <w:r>
              <w:rPr>
                <w:rFonts w:cs="Times New Roman"/>
                <w:b/>
                <w:sz w:val="24"/>
              </w:rPr>
              <w:t>Thu hồi chữ ký</w:t>
            </w:r>
          </w:p>
        </w:tc>
        <w:tc>
          <w:tcPr>
            <w:tcW w:w="6804" w:type="dxa"/>
          </w:tcPr>
          <w:p w14:paraId="41058898" w14:textId="77777777" w:rsidR="00B90E66" w:rsidRDefault="00000000">
            <w:r>
              <w:rPr>
                <w:rFonts w:cs="Times New Roman"/>
                <w:sz w:val="24"/>
              </w:rPr>
              <w:t>Vừa ký cần sửa, khi người ký kế tiếp chưa ký.</w:t>
            </w:r>
          </w:p>
        </w:tc>
      </w:tr>
      <w:tr w:rsidR="00B90E66" w14:paraId="13FAF2B9" w14:textId="77777777">
        <w:trPr>
          <w:jc w:val="center"/>
        </w:trPr>
        <w:tc>
          <w:tcPr>
            <w:tcW w:w="2835" w:type="dxa"/>
          </w:tcPr>
          <w:p w14:paraId="5BC034F5" w14:textId="77777777" w:rsidR="00B90E66" w:rsidRDefault="00000000">
            <w:r>
              <w:rPr>
                <w:rFonts w:cs="Times New Roman"/>
                <w:b/>
                <w:sz w:val="24"/>
              </w:rPr>
              <w:t>Văn bản đã trình ký</w:t>
            </w:r>
          </w:p>
        </w:tc>
        <w:tc>
          <w:tcPr>
            <w:tcW w:w="6804" w:type="dxa"/>
          </w:tcPr>
          <w:p w14:paraId="77BC75AA" w14:textId="77777777" w:rsidR="00B90E66" w:rsidRDefault="00000000">
            <w:r>
              <w:rPr>
                <w:rFonts w:cs="Times New Roman"/>
                <w:sz w:val="24"/>
              </w:rPr>
              <w:t>Biểu tượng hộp thư đi ở góc trên: theo dõi tiến độ văn bản mình trình.</w:t>
            </w:r>
          </w:p>
        </w:tc>
      </w:tr>
    </w:tbl>
    <w:p w14:paraId="1D3E4F58" w14:textId="77777777" w:rsidR="00B90E66" w:rsidRDefault="00B90E66">
      <w:pPr>
        <w:spacing w:after="40"/>
      </w:pPr>
    </w:p>
    <w:p w14:paraId="7A7695EB" w14:textId="77777777" w:rsidR="00B90E66" w:rsidRDefault="00000000">
      <w:r>
        <w:br w:type="page"/>
      </w:r>
    </w:p>
    <w:p w14:paraId="326245FE" w14:textId="77777777" w:rsidR="00B90E66" w:rsidRDefault="00000000">
      <w:pPr>
        <w:pStyle w:val="Heading1"/>
      </w:pPr>
      <w:bookmarkStart w:id="5" w:name="_Toc242370711"/>
      <w:r>
        <w:lastRenderedPageBreak/>
        <w:t>6. Giao việc</w:t>
      </w:r>
      <w:bookmarkEnd w:id="5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B90E66" w14:paraId="0FA33025" w14:textId="77777777">
        <w:trPr>
          <w:jc w:val="center"/>
        </w:trPr>
        <w:tc>
          <w:tcPr>
            <w:tcW w:w="3213" w:type="dxa"/>
          </w:tcPr>
          <w:p w14:paraId="7F23F138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68EE52" wp14:editId="088B93CA">
                  <wp:extent cx="1800000" cy="30600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13_giao_viec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3" w:type="dxa"/>
          </w:tcPr>
          <w:p w14:paraId="20E9EA48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B1513F" wp14:editId="4686C5D0">
                  <wp:extent cx="1800000" cy="30600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14_chi_tiet_cong_viec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3" w:type="dxa"/>
          </w:tcPr>
          <w:p w14:paraId="48CD863A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5F9401" wp14:editId="5CBDC33A">
                  <wp:extent cx="1800000" cy="30600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15_tao_cong_viec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E66" w14:paraId="72992CC0" w14:textId="77777777">
        <w:trPr>
          <w:jc w:val="center"/>
        </w:trPr>
        <w:tc>
          <w:tcPr>
            <w:tcW w:w="3213" w:type="dxa"/>
          </w:tcPr>
          <w:p w14:paraId="027AC374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12. Tổng quan công việc</w:t>
            </w:r>
          </w:p>
        </w:tc>
        <w:tc>
          <w:tcPr>
            <w:tcW w:w="3213" w:type="dxa"/>
          </w:tcPr>
          <w:p w14:paraId="3AA8DB9C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13. Chi tiết công việc</w:t>
            </w:r>
          </w:p>
        </w:tc>
        <w:tc>
          <w:tcPr>
            <w:tcW w:w="3213" w:type="dxa"/>
          </w:tcPr>
          <w:p w14:paraId="7AFDB86D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14. Tạo công việc mới</w:t>
            </w:r>
          </w:p>
        </w:tc>
      </w:tr>
    </w:tbl>
    <w:p w14:paraId="7956A507" w14:textId="77777777" w:rsidR="00B90E66" w:rsidRDefault="00B90E66">
      <w:pPr>
        <w:spacing w:after="40"/>
      </w:pPr>
    </w:p>
    <w:p w14:paraId="0C05F150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Tạo: </w:t>
      </w:r>
      <w:r>
        <w:rPr>
          <w:rFonts w:cs="Times New Roman"/>
          <w:b/>
        </w:rPr>
        <w:t>Tạo công việc mới</w:t>
      </w:r>
      <w:r>
        <w:rPr>
          <w:rFonts w:cs="Times New Roman"/>
        </w:rPr>
        <w:t xml:space="preserve"> → tên, mô tả, thời gian, loại, độ ưu tiên, người giao, người giám sát, </w:t>
      </w:r>
      <w:r>
        <w:rPr>
          <w:rFonts w:cs="Times New Roman"/>
          <w:b/>
        </w:rPr>
        <w:t>người thực hiện</w:t>
      </w:r>
      <w:r>
        <w:rPr>
          <w:rFonts w:cs="Times New Roman"/>
        </w:rPr>
        <w:t>.</w:t>
      </w:r>
    </w:p>
    <w:p w14:paraId="5B072F9A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Người thực hiện báo tiến độ bằng </w:t>
      </w:r>
      <w:r>
        <w:rPr>
          <w:rFonts w:cs="Times New Roman"/>
          <w:b/>
        </w:rPr>
        <w:t>Thêm hành động</w:t>
      </w:r>
      <w:r>
        <w:rPr>
          <w:rFonts w:cs="Times New Roman"/>
        </w:rPr>
        <w:t xml:space="preserve"> (khối lượng, số giờ, % hoàn thành).</w:t>
      </w:r>
    </w:p>
    <w:p w14:paraId="3DBA00DC" w14:textId="77777777" w:rsidR="00B90E66" w:rsidRDefault="00000000">
      <w:pPr>
        <w:pStyle w:val="ListBullet"/>
        <w:spacing w:after="40"/>
      </w:pPr>
      <w:r>
        <w:rPr>
          <w:rFonts w:cs="Times New Roman"/>
          <w:b/>
        </w:rPr>
        <w:t>Trao đổi thông tin</w:t>
      </w:r>
      <w:r>
        <w:rPr>
          <w:rFonts w:cs="Times New Roman"/>
        </w:rPr>
        <w:t>: nhắn tin giữa các thành viên của công việc.</w:t>
      </w:r>
    </w:p>
    <w:p w14:paraId="23BFD090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Nút: </w:t>
      </w:r>
      <w:r>
        <w:rPr>
          <w:rFonts w:cs="Times New Roman"/>
          <w:b/>
        </w:rPr>
        <w:t>Cập nhật trạng thái</w:t>
      </w:r>
      <w:r>
        <w:rPr>
          <w:rFonts w:cs="Times New Roman"/>
        </w:rPr>
        <w:t xml:space="preserve">, </w:t>
      </w:r>
      <w:r>
        <w:rPr>
          <w:rFonts w:cs="Times New Roman"/>
          <w:b/>
        </w:rPr>
        <w:t>Hoàn thành</w:t>
      </w:r>
      <w:r>
        <w:rPr>
          <w:rFonts w:cs="Times New Roman"/>
        </w:rPr>
        <w:t>, Chỉnh sửa, Sao chép, Xóa (tùy vai trò).</w:t>
      </w:r>
    </w:p>
    <w:p w14:paraId="10B0F996" w14:textId="77777777" w:rsidR="00B90E66" w:rsidRDefault="00000000">
      <w:r>
        <w:br w:type="page"/>
      </w:r>
    </w:p>
    <w:p w14:paraId="706397BA" w14:textId="77777777" w:rsidR="00B90E66" w:rsidRDefault="00000000">
      <w:pPr>
        <w:pStyle w:val="Heading1"/>
      </w:pPr>
      <w:bookmarkStart w:id="6" w:name="_Toc242370712"/>
      <w:r>
        <w:lastRenderedPageBreak/>
        <w:t>7. Nghỉ phép</w:t>
      </w:r>
      <w:bookmarkEnd w:id="6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B90E66" w14:paraId="30FFF1F8" w14:textId="77777777">
        <w:trPr>
          <w:jc w:val="center"/>
        </w:trPr>
        <w:tc>
          <w:tcPr>
            <w:tcW w:w="3213" w:type="dxa"/>
          </w:tcPr>
          <w:p w14:paraId="37C0A92A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F7723E" wp14:editId="0DE69D20">
                  <wp:extent cx="1800000" cy="30600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10_nghi_phep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3" w:type="dxa"/>
          </w:tcPr>
          <w:p w14:paraId="75268DFD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269DFA" wp14:editId="5B87795A">
                  <wp:extent cx="1800000" cy="30600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11_tao_don_nghi_phep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3" w:type="dxa"/>
          </w:tcPr>
          <w:p w14:paraId="63222C07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47635C" wp14:editId="08BBAF52">
                  <wp:extent cx="1800000" cy="30600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12_duyet_nghi_phep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E66" w14:paraId="25408B75" w14:textId="77777777">
        <w:trPr>
          <w:jc w:val="center"/>
        </w:trPr>
        <w:tc>
          <w:tcPr>
            <w:tcW w:w="3213" w:type="dxa"/>
          </w:tcPr>
          <w:p w14:paraId="65F2805F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15. Trang Nghỉ phép</w:t>
            </w:r>
          </w:p>
        </w:tc>
        <w:tc>
          <w:tcPr>
            <w:tcW w:w="3213" w:type="dxa"/>
          </w:tcPr>
          <w:p w14:paraId="2333AF14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16. Tạo đơn</w:t>
            </w:r>
          </w:p>
        </w:tc>
        <w:tc>
          <w:tcPr>
            <w:tcW w:w="3213" w:type="dxa"/>
          </w:tcPr>
          <w:p w14:paraId="10D061B1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17. Duyệt đơn (lãnh đạo)</w:t>
            </w:r>
          </w:p>
        </w:tc>
      </w:tr>
    </w:tbl>
    <w:p w14:paraId="3832DE46" w14:textId="77777777" w:rsidR="00B90E66" w:rsidRDefault="00B90E66">
      <w:pPr>
        <w:spacing w:after="40"/>
      </w:pPr>
    </w:p>
    <w:p w14:paraId="1285E3F2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Tạo đơn: </w:t>
      </w:r>
      <w:r>
        <w:rPr>
          <w:rFonts w:cs="Times New Roman"/>
          <w:b/>
        </w:rPr>
        <w:t>Tạo đơn nghỉ phép</w:t>
      </w:r>
      <w:r>
        <w:rPr>
          <w:rFonts w:cs="Times New Roman"/>
        </w:rPr>
        <w:t xml:space="preserve"> → loại nghỉ, thời gian, buổi (cả ngày/sáng/chiều), lý do, người duyệt → bật </w:t>
      </w:r>
      <w:r>
        <w:rPr>
          <w:rFonts w:cs="Times New Roman"/>
          <w:b/>
        </w:rPr>
        <w:t>Chuyển đơn chờ duyệt</w:t>
      </w:r>
      <w:r>
        <w:rPr>
          <w:rFonts w:cs="Times New Roman"/>
        </w:rPr>
        <w:t>.</w:t>
      </w:r>
    </w:p>
    <w:p w14:paraId="35867D74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Số ngày tự tính, không tính thứ Bảy, Chủ nhật. Đơn đang chờ có thể </w:t>
      </w:r>
      <w:r>
        <w:rPr>
          <w:rFonts w:cs="Times New Roman"/>
          <w:b/>
        </w:rPr>
        <w:t>Thu hồi</w:t>
      </w:r>
      <w:r>
        <w:rPr>
          <w:rFonts w:cs="Times New Roman"/>
        </w:rPr>
        <w:t xml:space="preserve"> để sửa.</w:t>
      </w:r>
    </w:p>
    <w:p w14:paraId="03878A02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Người duyệt: </w:t>
      </w:r>
      <w:r>
        <w:rPr>
          <w:rFonts w:cs="Times New Roman"/>
          <w:b/>
        </w:rPr>
        <w:t>Xem danh sách cần duyệt</w:t>
      </w:r>
      <w:r>
        <w:rPr>
          <w:rFonts w:cs="Times New Roman"/>
        </w:rPr>
        <w:t xml:space="preserve"> → </w:t>
      </w:r>
      <w:r>
        <w:rPr>
          <w:rFonts w:cs="Times New Roman"/>
          <w:b/>
        </w:rPr>
        <w:t>Duyệt</w:t>
      </w:r>
      <w:r>
        <w:rPr>
          <w:rFonts w:cs="Times New Roman"/>
        </w:rPr>
        <w:t xml:space="preserve"> hoặc </w:t>
      </w:r>
      <w:r>
        <w:rPr>
          <w:rFonts w:cs="Times New Roman"/>
          <w:b/>
        </w:rPr>
        <w:t>Từ chối</w:t>
      </w:r>
      <w:r>
        <w:rPr>
          <w:rFonts w:cs="Times New Roman"/>
        </w:rPr>
        <w:t xml:space="preserve"> (nhập lý do). Có thể </w:t>
      </w:r>
      <w:r>
        <w:rPr>
          <w:rFonts w:cs="Times New Roman"/>
          <w:b/>
        </w:rPr>
        <w:t>Thu hồi duyệt</w:t>
      </w:r>
      <w:r>
        <w:rPr>
          <w:rFonts w:cs="Times New Roman"/>
        </w:rPr>
        <w:t>.</w:t>
      </w:r>
    </w:p>
    <w:p w14:paraId="01C6316B" w14:textId="77777777" w:rsidR="00B90E66" w:rsidRDefault="00000000">
      <w:pPr>
        <w:keepNext/>
        <w:jc w:val="center"/>
      </w:pPr>
      <w:r>
        <w:rPr>
          <w:noProof/>
        </w:rPr>
        <w:drawing>
          <wp:inline distT="0" distB="0" distL="0" distR="0" wp14:anchorId="234189AC" wp14:editId="244B5DC2">
            <wp:extent cx="6120000" cy="1853456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_duyet_nghi_phep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85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27C50" w14:textId="77777777" w:rsidR="00B90E66" w:rsidRDefault="00000000">
      <w:pPr>
        <w:pStyle w:val="Caption"/>
        <w:jc w:val="center"/>
      </w:pPr>
      <w:r>
        <w:rPr>
          <w:rFonts w:cs="Times New Roman"/>
        </w:rPr>
        <w:t>Hình 18. Trình tự duyệt đơn nghỉ phép</w:t>
      </w:r>
    </w:p>
    <w:p w14:paraId="7C47C381" w14:textId="77777777" w:rsidR="00B90E66" w:rsidRDefault="00000000">
      <w:r>
        <w:br w:type="page"/>
      </w:r>
    </w:p>
    <w:p w14:paraId="682436C7" w14:textId="77777777" w:rsidR="00B90E66" w:rsidRDefault="00000000">
      <w:pPr>
        <w:pStyle w:val="Heading1"/>
      </w:pPr>
      <w:bookmarkStart w:id="7" w:name="_Toc242370713"/>
      <w:r>
        <w:lastRenderedPageBreak/>
        <w:t>8. Điều xe</w:t>
      </w:r>
      <w:bookmarkEnd w:id="7"/>
    </w:p>
    <w:p w14:paraId="50566781" w14:textId="77777777" w:rsidR="00B90E66" w:rsidRDefault="00000000">
      <w:pPr>
        <w:keepNext/>
        <w:jc w:val="center"/>
      </w:pPr>
      <w:r>
        <w:rPr>
          <w:noProof/>
        </w:rPr>
        <w:drawing>
          <wp:inline distT="0" distB="0" distL="0" distR="0" wp14:anchorId="7A589FE2" wp14:editId="34FA9B16">
            <wp:extent cx="6120000" cy="1989513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_dieu_x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989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D9954" w14:textId="77777777" w:rsidR="00B90E66" w:rsidRDefault="00000000">
      <w:pPr>
        <w:pStyle w:val="Caption"/>
        <w:jc w:val="center"/>
      </w:pPr>
      <w:r>
        <w:rPr>
          <w:rFonts w:cs="Times New Roman"/>
        </w:rPr>
        <w:t>Hình 19. Quy trình điều xe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B90E66" w14:paraId="1A244B1B" w14:textId="77777777">
        <w:trPr>
          <w:jc w:val="center"/>
        </w:trPr>
        <w:tc>
          <w:tcPr>
            <w:tcW w:w="4819" w:type="dxa"/>
          </w:tcPr>
          <w:p w14:paraId="738000B5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1C69BF" wp14:editId="16117432">
                  <wp:extent cx="1944000" cy="33048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20_dieu_xe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10A80DC0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A3514B" wp14:editId="32728DC1">
                  <wp:extent cx="1944000" cy="33048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21_tao_phieu_dieu_xe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E66" w14:paraId="04E58A21" w14:textId="77777777">
        <w:trPr>
          <w:jc w:val="center"/>
        </w:trPr>
        <w:tc>
          <w:tcPr>
            <w:tcW w:w="4819" w:type="dxa"/>
          </w:tcPr>
          <w:p w14:paraId="7D6201CD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20. Tổng quan điều xe</w:t>
            </w:r>
          </w:p>
        </w:tc>
        <w:tc>
          <w:tcPr>
            <w:tcW w:w="4819" w:type="dxa"/>
          </w:tcPr>
          <w:p w14:paraId="33EC221D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21. Tạo phiếu điều xe</w:t>
            </w:r>
          </w:p>
        </w:tc>
      </w:tr>
    </w:tbl>
    <w:p w14:paraId="74F0D46C" w14:textId="77777777" w:rsidR="00B90E66" w:rsidRDefault="00B90E66">
      <w:pPr>
        <w:spacing w:after="40"/>
      </w:pPr>
    </w:p>
    <w:p w14:paraId="56123B87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Phiếu chưa gửi: </w:t>
      </w:r>
      <w:r>
        <w:rPr>
          <w:rFonts w:cs="Times New Roman"/>
          <w:b/>
        </w:rPr>
        <w:t>Chỉnh sửa, Xóa, Gửi duyệt</w:t>
      </w:r>
      <w:r>
        <w:rPr>
          <w:rFonts w:cs="Times New Roman"/>
        </w:rPr>
        <w:t xml:space="preserve">; phiếu đã gửi: </w:t>
      </w:r>
      <w:r>
        <w:rPr>
          <w:rFonts w:cs="Times New Roman"/>
          <w:b/>
        </w:rPr>
        <w:t>Thu hồi</w:t>
      </w:r>
      <w:r>
        <w:rPr>
          <w:rFonts w:cs="Times New Roman"/>
        </w:rPr>
        <w:t>.</w:t>
      </w:r>
    </w:p>
    <w:p w14:paraId="14829378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Văn phòng Đại học: phân </w:t>
      </w:r>
      <w:r>
        <w:rPr>
          <w:rFonts w:cs="Times New Roman"/>
          <w:b/>
        </w:rPr>
        <w:t>xe + lái xe</w:t>
      </w:r>
      <w:r>
        <w:rPr>
          <w:rFonts w:cs="Times New Roman"/>
        </w:rPr>
        <w:t xml:space="preserve"> hoặc </w:t>
      </w:r>
      <w:r>
        <w:rPr>
          <w:rFonts w:cs="Times New Roman"/>
          <w:b/>
        </w:rPr>
        <w:t>thuê xe ngoài</w:t>
      </w:r>
      <w:r>
        <w:rPr>
          <w:rFonts w:cs="Times New Roman"/>
        </w:rPr>
        <w:t xml:space="preserve"> (hợp đồng); chọn nhiều phiếu cùng tuyến để </w:t>
      </w:r>
      <w:r>
        <w:rPr>
          <w:rFonts w:cs="Times New Roman"/>
          <w:b/>
        </w:rPr>
        <w:t>Ghép</w:t>
      </w:r>
      <w:r>
        <w:rPr>
          <w:rFonts w:cs="Times New Roman"/>
        </w:rPr>
        <w:t>.</w:t>
      </w:r>
    </w:p>
    <w:p w14:paraId="70602BDF" w14:textId="77777777" w:rsidR="00B90E66" w:rsidRDefault="00000000">
      <w:pPr>
        <w:pStyle w:val="Heading1"/>
      </w:pPr>
      <w:bookmarkStart w:id="8" w:name="_Toc242370714"/>
      <w:r>
        <w:lastRenderedPageBreak/>
        <w:t>9. Công lệnh</w:t>
      </w:r>
      <w:bookmarkEnd w:id="8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B90E66" w14:paraId="61E3C4D3" w14:textId="77777777">
        <w:trPr>
          <w:jc w:val="center"/>
        </w:trPr>
        <w:tc>
          <w:tcPr>
            <w:tcW w:w="4819" w:type="dxa"/>
          </w:tcPr>
          <w:p w14:paraId="347FFC94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B4E0FA" wp14:editId="0927DC0C">
                  <wp:extent cx="1944000" cy="33048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22_cong_lenh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2D098944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316A56" wp14:editId="57C94500">
                  <wp:extent cx="1944000" cy="33048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23_tao_cong_lenh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E66" w14:paraId="75B51477" w14:textId="77777777">
        <w:trPr>
          <w:jc w:val="center"/>
        </w:trPr>
        <w:tc>
          <w:tcPr>
            <w:tcW w:w="4819" w:type="dxa"/>
          </w:tcPr>
          <w:p w14:paraId="7A02CBA9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22. Tổng quan công lệnh</w:t>
            </w:r>
          </w:p>
        </w:tc>
        <w:tc>
          <w:tcPr>
            <w:tcW w:w="4819" w:type="dxa"/>
          </w:tcPr>
          <w:p w14:paraId="584BF9A5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23. Tạo công lệnh</w:t>
            </w:r>
          </w:p>
        </w:tc>
      </w:tr>
    </w:tbl>
    <w:p w14:paraId="3EDF1E27" w14:textId="77777777" w:rsidR="00B90E66" w:rsidRDefault="00B90E66">
      <w:pPr>
        <w:spacing w:after="40"/>
      </w:pPr>
    </w:p>
    <w:p w14:paraId="1094A100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Hai loại: </w:t>
      </w:r>
      <w:r>
        <w:rPr>
          <w:rFonts w:cs="Times New Roman"/>
          <w:b/>
        </w:rPr>
        <w:t>Giấy đi đường</w:t>
      </w:r>
      <w:r>
        <w:rPr>
          <w:rFonts w:cs="Times New Roman"/>
        </w:rPr>
        <w:t xml:space="preserve"> và </w:t>
      </w:r>
      <w:r>
        <w:rPr>
          <w:rFonts w:cs="Times New Roman"/>
          <w:b/>
        </w:rPr>
        <w:t>Giấy giới thiệu</w:t>
      </w:r>
      <w:r>
        <w:rPr>
          <w:rFonts w:cs="Times New Roman"/>
        </w:rPr>
        <w:t>. Trạng thái: Chờ duyệt, Đã duyệt, Điều chỉnh, Đã hủy.</w:t>
      </w:r>
    </w:p>
    <w:p w14:paraId="30F146E1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Tạo: đơn vị, </w:t>
      </w:r>
      <w:r>
        <w:rPr>
          <w:rFonts w:cs="Times New Roman"/>
          <w:b/>
        </w:rPr>
        <w:t>viên chức đi công tác</w:t>
      </w:r>
      <w:r>
        <w:rPr>
          <w:rFonts w:cs="Times New Roman"/>
        </w:rPr>
        <w:t xml:space="preserve">, loại, </w:t>
      </w:r>
      <w:r>
        <w:rPr>
          <w:rFonts w:cs="Times New Roman"/>
          <w:b/>
        </w:rPr>
        <w:t>ngày đi</w:t>
      </w:r>
      <w:r>
        <w:rPr>
          <w:rFonts w:cs="Times New Roman"/>
        </w:rPr>
        <w:t xml:space="preserve"> – ngày về, nơi và </w:t>
      </w:r>
      <w:r>
        <w:rPr>
          <w:rFonts w:cs="Times New Roman"/>
          <w:b/>
        </w:rPr>
        <w:t>nội dung công tác</w:t>
      </w:r>
      <w:r>
        <w:rPr>
          <w:rFonts w:cs="Times New Roman"/>
        </w:rPr>
        <w:t>, người ký.</w:t>
      </w:r>
    </w:p>
    <w:p w14:paraId="33390353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Người duyệt: </w:t>
      </w:r>
      <w:r>
        <w:rPr>
          <w:rFonts w:cs="Times New Roman"/>
          <w:b/>
        </w:rPr>
        <w:t>Duyệt</w:t>
      </w:r>
      <w:r>
        <w:rPr>
          <w:rFonts w:cs="Times New Roman"/>
        </w:rPr>
        <w:t xml:space="preserve"> (cấp số), </w:t>
      </w:r>
      <w:r>
        <w:rPr>
          <w:rFonts w:cs="Times New Roman"/>
          <w:b/>
        </w:rPr>
        <w:t>Điều chỉnh</w:t>
      </w:r>
      <w:r>
        <w:rPr>
          <w:rFonts w:cs="Times New Roman"/>
        </w:rPr>
        <w:t xml:space="preserve">, </w:t>
      </w:r>
      <w:r>
        <w:rPr>
          <w:rFonts w:cs="Times New Roman"/>
          <w:b/>
        </w:rPr>
        <w:t>Hủy</w:t>
      </w:r>
      <w:r>
        <w:rPr>
          <w:rFonts w:cs="Times New Roman"/>
        </w:rPr>
        <w:t xml:space="preserve">, </w:t>
      </w:r>
      <w:r>
        <w:rPr>
          <w:rFonts w:cs="Times New Roman"/>
          <w:b/>
        </w:rPr>
        <w:t>Hủy giữ số</w:t>
      </w:r>
      <w:r>
        <w:rPr>
          <w:rFonts w:cs="Times New Roman"/>
        </w:rPr>
        <w:t>.</w:t>
      </w:r>
    </w:p>
    <w:p w14:paraId="2D415BF9" w14:textId="77777777" w:rsidR="00B90E66" w:rsidRDefault="00000000">
      <w:r>
        <w:br w:type="page"/>
      </w:r>
    </w:p>
    <w:p w14:paraId="3F722A9C" w14:textId="77777777" w:rsidR="00B90E66" w:rsidRDefault="00000000">
      <w:pPr>
        <w:pStyle w:val="Heading1"/>
      </w:pPr>
      <w:bookmarkStart w:id="9" w:name="_Toc242370715"/>
      <w:r>
        <w:lastRenderedPageBreak/>
        <w:t>10. Lịch họp và Sự kiện</w:t>
      </w:r>
      <w:bookmarkEnd w:id="9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B90E66" w14:paraId="3DFDC56C" w14:textId="77777777">
        <w:trPr>
          <w:jc w:val="center"/>
        </w:trPr>
        <w:tc>
          <w:tcPr>
            <w:tcW w:w="3213" w:type="dxa"/>
          </w:tcPr>
          <w:p w14:paraId="19D983A2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68F015" wp14:editId="57CF42B9">
                  <wp:extent cx="1800000" cy="30600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24_lich_hop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3" w:type="dxa"/>
          </w:tcPr>
          <w:p w14:paraId="489B92FA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3F9F07" wp14:editId="34C4B7FE">
                  <wp:extent cx="1800000" cy="30600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25_chi_tiet_cuoc_hop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3" w:type="dxa"/>
          </w:tcPr>
          <w:p w14:paraId="13625258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D36D0D" wp14:editId="3F0B8D80">
                  <wp:extent cx="1800000" cy="30600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27_quan_ly_su_kien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E66" w14:paraId="2D84FCD9" w14:textId="77777777">
        <w:trPr>
          <w:jc w:val="center"/>
        </w:trPr>
        <w:tc>
          <w:tcPr>
            <w:tcW w:w="3213" w:type="dxa"/>
          </w:tcPr>
          <w:p w14:paraId="4B8B96B4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24. Lịch họp theo ngày</w:t>
            </w:r>
          </w:p>
        </w:tc>
        <w:tc>
          <w:tcPr>
            <w:tcW w:w="3213" w:type="dxa"/>
          </w:tcPr>
          <w:p w14:paraId="45214265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25. Chi tiết cuộc họp</w:t>
            </w:r>
          </w:p>
        </w:tc>
        <w:tc>
          <w:tcPr>
            <w:tcW w:w="3213" w:type="dxa"/>
          </w:tcPr>
          <w:p w14:paraId="27FCEFB7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26. Quản lý sự kiện</w:t>
            </w:r>
          </w:p>
        </w:tc>
      </w:tr>
    </w:tbl>
    <w:p w14:paraId="61E4E19A" w14:textId="77777777" w:rsidR="00B90E66" w:rsidRDefault="00B90E66">
      <w:pPr>
        <w:spacing w:after="40"/>
      </w:pPr>
    </w:p>
    <w:p w14:paraId="24AFC9CE" w14:textId="77777777" w:rsidR="00B90E66" w:rsidRDefault="00000000">
      <w:pPr>
        <w:pStyle w:val="ListBullet"/>
        <w:spacing w:after="40"/>
      </w:pPr>
      <w:r>
        <w:rPr>
          <w:rFonts w:cs="Times New Roman"/>
          <w:b/>
        </w:rPr>
        <w:t>Lịch họp</w:t>
      </w:r>
      <w:r>
        <w:rPr>
          <w:rFonts w:cs="Times New Roman"/>
        </w:rPr>
        <w:t xml:space="preserve">: chọn ngày, lọc theo phòng họp. Bấm </w:t>
      </w:r>
      <w:r>
        <w:rPr>
          <w:rFonts w:cs="Times New Roman"/>
          <w:b/>
        </w:rPr>
        <w:t>Tạo cuộc họp</w:t>
      </w:r>
      <w:r>
        <w:rPr>
          <w:rFonts w:cs="Times New Roman"/>
        </w:rPr>
        <w:t>: tiêu đề, đơn vị và người chủ trì, thời gian, phòng, thành viên tham dự.</w:t>
      </w:r>
    </w:p>
    <w:p w14:paraId="06DDBD27" w14:textId="77777777" w:rsidR="00B90E66" w:rsidRDefault="00000000">
      <w:pPr>
        <w:pStyle w:val="ListBullet"/>
        <w:spacing w:after="40"/>
      </w:pPr>
      <w:r>
        <w:rPr>
          <w:rFonts w:cs="Times New Roman"/>
        </w:rPr>
        <w:t xml:space="preserve">Người đặt lịch có nút </w:t>
      </w:r>
      <w:r>
        <w:rPr>
          <w:rFonts w:cs="Times New Roman"/>
          <w:b/>
        </w:rPr>
        <w:t>Chỉnh sửa</w:t>
      </w:r>
      <w:r>
        <w:rPr>
          <w:rFonts w:cs="Times New Roman"/>
        </w:rPr>
        <w:t xml:space="preserve"> và </w:t>
      </w:r>
      <w:r>
        <w:rPr>
          <w:rFonts w:cs="Times New Roman"/>
          <w:b/>
        </w:rPr>
        <w:t>Hủy cuộc họp</w:t>
      </w:r>
      <w:r>
        <w:rPr>
          <w:rFonts w:cs="Times New Roman"/>
        </w:rPr>
        <w:t>; thành viên được mời nhận thông báo.</w:t>
      </w:r>
    </w:p>
    <w:p w14:paraId="03AE486E" w14:textId="77777777" w:rsidR="00B90E66" w:rsidRDefault="00000000">
      <w:pPr>
        <w:pStyle w:val="ListBullet"/>
        <w:spacing w:after="40"/>
      </w:pPr>
      <w:r>
        <w:rPr>
          <w:rFonts w:cs="Times New Roman"/>
          <w:b/>
        </w:rPr>
        <w:t>Sự kiện</w:t>
      </w:r>
      <w:r>
        <w:rPr>
          <w:rFonts w:cs="Times New Roman"/>
        </w:rPr>
        <w:t xml:space="preserve">: đăng ký và xác nhận tham gia như sinh viên. Đơn vị tổ chức bấm </w:t>
      </w:r>
      <w:r>
        <w:rPr>
          <w:rFonts w:cs="Times New Roman"/>
          <w:b/>
        </w:rPr>
        <w:t>Quản lý</w:t>
      </w:r>
      <w:r>
        <w:rPr>
          <w:rFonts w:cs="Times New Roman"/>
        </w:rPr>
        <w:t xml:space="preserve"> (bánh răng) → </w:t>
      </w:r>
      <w:r>
        <w:rPr>
          <w:rFonts w:cs="Times New Roman"/>
          <w:b/>
        </w:rPr>
        <w:t>Tạo sự kiện</w:t>
      </w:r>
      <w:r>
        <w:rPr>
          <w:rFonts w:cs="Times New Roman"/>
        </w:rPr>
        <w:t xml:space="preserve">, thêm </w:t>
      </w:r>
      <w:r>
        <w:rPr>
          <w:rFonts w:cs="Times New Roman"/>
          <w:b/>
        </w:rPr>
        <w:t>phiên</w:t>
      </w:r>
      <w:r>
        <w:rPr>
          <w:rFonts w:cs="Times New Roman"/>
        </w:rPr>
        <w:t xml:space="preserve">, đơn vị, người tham gia, </w:t>
      </w:r>
      <w:r>
        <w:rPr>
          <w:rFonts w:cs="Times New Roman"/>
          <w:b/>
        </w:rPr>
        <w:t>duyệt</w:t>
      </w:r>
      <w:r>
        <w:rPr>
          <w:rFonts w:cs="Times New Roman"/>
        </w:rPr>
        <w:t xml:space="preserve"> xác nhận.</w:t>
      </w:r>
    </w:p>
    <w:p w14:paraId="501D4D78" w14:textId="77777777" w:rsidR="00B90E66" w:rsidRDefault="00000000">
      <w:r>
        <w:br w:type="page"/>
      </w:r>
    </w:p>
    <w:p w14:paraId="0F31E690" w14:textId="77777777" w:rsidR="00B90E66" w:rsidRDefault="00000000">
      <w:pPr>
        <w:pStyle w:val="Heading1"/>
      </w:pPr>
      <w:bookmarkStart w:id="10" w:name="_Toc242370716"/>
      <w:r>
        <w:lastRenderedPageBreak/>
        <w:t>11. Danh bạ, Thông tin và Lương</w:t>
      </w:r>
      <w:bookmarkEnd w:id="10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B90E66" w14:paraId="55BB6549" w14:textId="77777777">
        <w:trPr>
          <w:jc w:val="center"/>
        </w:trPr>
        <w:tc>
          <w:tcPr>
            <w:tcW w:w="3213" w:type="dxa"/>
          </w:tcPr>
          <w:p w14:paraId="0866E05B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40320E" wp14:editId="6ECD12A8">
                  <wp:extent cx="1800000" cy="30600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28_danh_ba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3" w:type="dxa"/>
          </w:tcPr>
          <w:p w14:paraId="6DB9C5D1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51B37D" wp14:editId="755F9102">
                  <wp:extent cx="1800000" cy="30600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29_thong_tin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3" w:type="dxa"/>
          </w:tcPr>
          <w:p w14:paraId="0AE6DD10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4AE851" wp14:editId="4ABF6F86">
                  <wp:extent cx="1800000" cy="30600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30_luong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E66" w14:paraId="6A3CF9DF" w14:textId="77777777">
        <w:trPr>
          <w:jc w:val="center"/>
        </w:trPr>
        <w:tc>
          <w:tcPr>
            <w:tcW w:w="3213" w:type="dxa"/>
          </w:tcPr>
          <w:p w14:paraId="11297D63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27. Danh bạ theo đơn vị</w:t>
            </w:r>
          </w:p>
        </w:tc>
        <w:tc>
          <w:tcPr>
            <w:tcW w:w="3213" w:type="dxa"/>
          </w:tcPr>
          <w:p w14:paraId="7FBBE699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28. Hồ sơ viên chức</w:t>
            </w:r>
          </w:p>
        </w:tc>
        <w:tc>
          <w:tcPr>
            <w:tcW w:w="3213" w:type="dxa"/>
          </w:tcPr>
          <w:p w14:paraId="668A7F27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29. Lương và Thuế</w:t>
            </w:r>
          </w:p>
        </w:tc>
      </w:tr>
    </w:tbl>
    <w:p w14:paraId="404ABFC5" w14:textId="77777777" w:rsidR="00B90E66" w:rsidRDefault="00B90E66">
      <w:pPr>
        <w:spacing w:after="40"/>
      </w:pPr>
    </w:p>
    <w:p w14:paraId="0EABC7A7" w14:textId="77777777" w:rsidR="00B90E66" w:rsidRDefault="00000000">
      <w:pPr>
        <w:pStyle w:val="ListBullet"/>
        <w:spacing w:after="40"/>
      </w:pPr>
      <w:r>
        <w:rPr>
          <w:rFonts w:cs="Times New Roman"/>
          <w:b/>
        </w:rPr>
        <w:t>Danh bạ</w:t>
      </w:r>
      <w:r>
        <w:rPr>
          <w:rFonts w:cs="Times New Roman"/>
        </w:rPr>
        <w:t>: chọn đơn vị hoặc tìm theo tên; bấm biểu tượng sao chép để chép số điện thoại, email.</w:t>
      </w:r>
    </w:p>
    <w:p w14:paraId="6F171866" w14:textId="77777777" w:rsidR="00B90E66" w:rsidRDefault="00000000">
      <w:pPr>
        <w:pStyle w:val="ListBullet"/>
        <w:spacing w:after="40"/>
      </w:pPr>
      <w:r>
        <w:rPr>
          <w:rFonts w:cs="Times New Roman"/>
          <w:b/>
        </w:rPr>
        <w:t>Thông tin</w:t>
      </w:r>
      <w:r>
        <w:rPr>
          <w:rFonts w:cs="Times New Roman"/>
        </w:rPr>
        <w:t>: 8 mục hồ sơ (thông tin chung, quá trình công tác, lương, gia đình, khen thưởng…). Chỉ xem; sai lệch liên hệ Ban TCNS.</w:t>
      </w:r>
    </w:p>
    <w:p w14:paraId="640FECE0" w14:textId="7F63C760" w:rsidR="00C95536" w:rsidRDefault="00000000">
      <w:pPr>
        <w:pStyle w:val="ListBullet"/>
        <w:spacing w:after="40"/>
        <w:rPr>
          <w:rFonts w:cs="Times New Roman"/>
        </w:rPr>
      </w:pPr>
      <w:r>
        <w:rPr>
          <w:rFonts w:cs="Times New Roman"/>
          <w:b/>
        </w:rPr>
        <w:t>Lương</w:t>
      </w:r>
      <w:r>
        <w:rPr>
          <w:rFonts w:cs="Times New Roman"/>
        </w:rPr>
        <w:t xml:space="preserve">: chọn năm, tháng; menu góc trên chuyển </w:t>
      </w:r>
      <w:r>
        <w:rPr>
          <w:rFonts w:cs="Times New Roman"/>
          <w:b/>
        </w:rPr>
        <w:t>Lương / Thuế tháng / Thuế năm</w:t>
      </w:r>
      <w:r>
        <w:rPr>
          <w:rFonts w:cs="Times New Roman"/>
        </w:rPr>
        <w:t>. Đây là thông tin nhạy cảm, không đưa máy đang mở cho người khác.</w:t>
      </w:r>
    </w:p>
    <w:p w14:paraId="52BEDE52" w14:textId="2EE85091" w:rsidR="00B90E66" w:rsidRPr="00C95536" w:rsidRDefault="00C95536" w:rsidP="00C95536">
      <w:pPr>
        <w:spacing w:after="200"/>
        <w:rPr>
          <w:rFonts w:cs="Times New Roman"/>
        </w:rPr>
      </w:pPr>
      <w:r>
        <w:rPr>
          <w:rFonts w:cs="Times New Roman"/>
        </w:rPr>
        <w:br w:type="page"/>
      </w:r>
    </w:p>
    <w:p w14:paraId="51FF35E6" w14:textId="77777777" w:rsidR="00B90E66" w:rsidRDefault="00000000">
      <w:pPr>
        <w:pStyle w:val="Heading1"/>
      </w:pPr>
      <w:bookmarkStart w:id="11" w:name="_Toc242370717"/>
      <w:r>
        <w:lastRenderedPageBreak/>
        <w:t>12. Thông báo và Cá nhân</w:t>
      </w:r>
      <w:bookmarkEnd w:id="11"/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B90E66" w14:paraId="338E5F6B" w14:textId="77777777">
        <w:trPr>
          <w:jc w:val="center"/>
        </w:trPr>
        <w:tc>
          <w:tcPr>
            <w:tcW w:w="4819" w:type="dxa"/>
          </w:tcPr>
          <w:p w14:paraId="46C3A14E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264A83" wp14:editId="31054D78">
                  <wp:extent cx="1944000" cy="33048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31_thong_bao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5A1004A0" w14:textId="77777777" w:rsidR="00B90E6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79D22E" wp14:editId="63810387">
                  <wp:extent cx="1944000" cy="330480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v_32_ca_nhan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3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E66" w14:paraId="6D10AB0A" w14:textId="77777777">
        <w:trPr>
          <w:jc w:val="center"/>
        </w:trPr>
        <w:tc>
          <w:tcPr>
            <w:tcW w:w="4819" w:type="dxa"/>
          </w:tcPr>
          <w:p w14:paraId="77EF57EC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30. Hộp thông báo</w:t>
            </w:r>
          </w:p>
        </w:tc>
        <w:tc>
          <w:tcPr>
            <w:tcW w:w="4819" w:type="dxa"/>
          </w:tcPr>
          <w:p w14:paraId="340CE096" w14:textId="77777777" w:rsidR="00B90E66" w:rsidRDefault="00000000">
            <w:pPr>
              <w:jc w:val="center"/>
            </w:pPr>
            <w:r>
              <w:rPr>
                <w:rFonts w:cs="Times New Roman"/>
                <w:i/>
                <w:color w:val="555E6E"/>
                <w:sz w:val="21"/>
              </w:rPr>
              <w:t>Hình 31. Cá nhân</w:t>
            </w:r>
          </w:p>
        </w:tc>
      </w:tr>
    </w:tbl>
    <w:p w14:paraId="337E8297" w14:textId="77777777" w:rsidR="00B90E66" w:rsidRDefault="00B90E66">
      <w:pPr>
        <w:spacing w:after="40"/>
      </w:pPr>
    </w:p>
    <w:p w14:paraId="17649A53" w14:textId="77777777" w:rsidR="00B90E66" w:rsidRDefault="00000000">
      <w:pPr>
        <w:pStyle w:val="ListBullet"/>
        <w:spacing w:after="40"/>
      </w:pPr>
      <w:r>
        <w:rPr>
          <w:rFonts w:cs="Times New Roman"/>
        </w:rPr>
        <w:t>Bấm thông báo để mở thẳng công văn, đơn cần duyệt, văn bản chờ ký, cuộc họp, phiếu điều xe, công lệnh…</w:t>
      </w:r>
    </w:p>
    <w:p w14:paraId="09810FDD" w14:textId="77777777" w:rsidR="00B90E66" w:rsidRDefault="00000000">
      <w:pPr>
        <w:pStyle w:val="ListBullet"/>
        <w:spacing w:after="40"/>
      </w:pPr>
      <w:r>
        <w:rPr>
          <w:rFonts w:cs="Times New Roman"/>
          <w:b/>
        </w:rPr>
        <w:t>Cá nhân</w:t>
      </w:r>
      <w:r>
        <w:rPr>
          <w:rFonts w:cs="Times New Roman"/>
        </w:rPr>
        <w:t xml:space="preserve">: Giao diện, Ngôn ngữ, </w:t>
      </w:r>
      <w:r>
        <w:rPr>
          <w:rFonts w:cs="Times New Roman"/>
          <w:b/>
        </w:rPr>
        <w:t>Đăng ký khuôn mặt</w:t>
      </w:r>
      <w:r>
        <w:rPr>
          <w:rFonts w:cs="Times New Roman"/>
        </w:rPr>
        <w:t xml:space="preserve">, </w:t>
      </w:r>
      <w:r>
        <w:rPr>
          <w:rFonts w:cs="Times New Roman"/>
          <w:b/>
        </w:rPr>
        <w:t>Đăng nhập nhanh</w:t>
      </w:r>
      <w:r>
        <w:rPr>
          <w:rFonts w:cs="Times New Roman"/>
        </w:rPr>
        <w:t xml:space="preserve">, </w:t>
      </w:r>
      <w:r>
        <w:rPr>
          <w:rFonts w:cs="Times New Roman"/>
          <w:b/>
        </w:rPr>
        <w:t>Đăng xuất</w:t>
      </w:r>
      <w:r>
        <w:rPr>
          <w:rFonts w:cs="Times New Roman"/>
        </w:rPr>
        <w:t>.</w:t>
      </w:r>
    </w:p>
    <w:p w14:paraId="374A3D1E" w14:textId="77777777" w:rsidR="00B90E66" w:rsidRDefault="00000000">
      <w:r>
        <w:br w:type="page"/>
      </w:r>
    </w:p>
    <w:p w14:paraId="36178BB4" w14:textId="77777777" w:rsidR="00B90E66" w:rsidRDefault="00000000">
      <w:pPr>
        <w:pStyle w:val="Heading1"/>
      </w:pPr>
      <w:bookmarkStart w:id="12" w:name="_Toc242370718"/>
      <w:r>
        <w:lastRenderedPageBreak/>
        <w:t>13. Hỏi đáp nhanh và liên hệ</w:t>
      </w:r>
      <w:bookmarkEnd w:id="12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237"/>
      </w:tblGrid>
      <w:tr w:rsidR="00B90E66" w14:paraId="436B1742" w14:textId="77777777">
        <w:trPr>
          <w:tblHeader/>
          <w:jc w:val="center"/>
        </w:trPr>
        <w:tc>
          <w:tcPr>
            <w:tcW w:w="3402" w:type="dxa"/>
            <w:shd w:val="clear" w:color="auto" w:fill="053384"/>
          </w:tcPr>
          <w:p w14:paraId="40575022" w14:textId="77777777" w:rsidR="00B90E66" w:rsidRDefault="00000000">
            <w:r>
              <w:rPr>
                <w:rFonts w:cs="Times New Roman"/>
                <w:b/>
                <w:color w:val="FFFFFF"/>
                <w:sz w:val="24"/>
              </w:rPr>
              <w:t>Tình huống</w:t>
            </w:r>
          </w:p>
        </w:tc>
        <w:tc>
          <w:tcPr>
            <w:tcW w:w="6237" w:type="dxa"/>
            <w:shd w:val="clear" w:color="auto" w:fill="053384"/>
          </w:tcPr>
          <w:p w14:paraId="70A9F6B9" w14:textId="77777777" w:rsidR="00B90E66" w:rsidRDefault="00000000">
            <w:r>
              <w:rPr>
                <w:rFonts w:cs="Times New Roman"/>
                <w:b/>
                <w:color w:val="FFFFFF"/>
                <w:sz w:val="24"/>
              </w:rPr>
              <w:t>Cách xử lý</w:t>
            </w:r>
          </w:p>
        </w:tc>
      </w:tr>
      <w:tr w:rsidR="00B90E66" w14:paraId="70C78222" w14:textId="77777777">
        <w:trPr>
          <w:jc w:val="center"/>
        </w:trPr>
        <w:tc>
          <w:tcPr>
            <w:tcW w:w="3402" w:type="dxa"/>
          </w:tcPr>
          <w:p w14:paraId="7E682925" w14:textId="77777777" w:rsidR="00B90E66" w:rsidRDefault="00000000">
            <w:r>
              <w:rPr>
                <w:rFonts w:cs="Times New Roman"/>
                <w:sz w:val="24"/>
              </w:rPr>
              <w:t xml:space="preserve">Không thấy nút </w:t>
            </w:r>
            <w:r>
              <w:rPr>
                <w:rFonts w:cs="Times New Roman"/>
                <w:b/>
                <w:sz w:val="24"/>
              </w:rPr>
              <w:t>Duyệt</w:t>
            </w:r>
          </w:p>
        </w:tc>
        <w:tc>
          <w:tcPr>
            <w:tcW w:w="6237" w:type="dxa"/>
          </w:tcPr>
          <w:p w14:paraId="7CFF7F67" w14:textId="4092D7C2" w:rsidR="00B90E66" w:rsidRDefault="00000000">
            <w:r>
              <w:rPr>
                <w:rFonts w:cs="Times New Roman"/>
                <w:sz w:val="24"/>
              </w:rPr>
              <w:t xml:space="preserve">Nút chỉ hiện với người có thẩm quyền. Web duyệt được mà app không: báo </w:t>
            </w:r>
            <w:r w:rsidR="0027738C">
              <w:rPr>
                <w:rFonts w:cs="Times New Roman"/>
                <w:sz w:val="24"/>
              </w:rPr>
              <w:t>Ban</w:t>
            </w:r>
            <w:r>
              <w:rPr>
                <w:rFonts w:cs="Times New Roman"/>
                <w:sz w:val="24"/>
              </w:rPr>
              <w:t xml:space="preserve"> CNTT.</w:t>
            </w:r>
          </w:p>
        </w:tc>
      </w:tr>
      <w:tr w:rsidR="00B90E66" w14:paraId="5A60ADDB" w14:textId="77777777">
        <w:trPr>
          <w:jc w:val="center"/>
        </w:trPr>
        <w:tc>
          <w:tcPr>
            <w:tcW w:w="3402" w:type="dxa"/>
          </w:tcPr>
          <w:p w14:paraId="30D84BF6" w14:textId="77777777" w:rsidR="00B90E66" w:rsidRDefault="00000000">
            <w:r>
              <w:rPr>
                <w:rFonts w:cs="Times New Roman"/>
                <w:sz w:val="24"/>
              </w:rPr>
              <w:t xml:space="preserve">Ký số báo </w:t>
            </w:r>
            <w:r>
              <w:rPr>
                <w:rFonts w:cs="Times New Roman"/>
                <w:b/>
                <w:sz w:val="24"/>
              </w:rPr>
              <w:t>hết thời gian xác nhận</w:t>
            </w:r>
          </w:p>
        </w:tc>
        <w:tc>
          <w:tcPr>
            <w:tcW w:w="6237" w:type="dxa"/>
          </w:tcPr>
          <w:p w14:paraId="74E6EEB6" w14:textId="77777777" w:rsidR="00B90E66" w:rsidRDefault="00000000">
            <w:r>
              <w:rPr>
                <w:rFonts w:cs="Times New Roman"/>
                <w:sz w:val="24"/>
              </w:rPr>
              <w:t xml:space="preserve">Mở MySign, kiểm tra đăng nhập và quyền thông báo của MySign, bấm </w:t>
            </w:r>
            <w:r>
              <w:rPr>
                <w:rFonts w:cs="Times New Roman"/>
                <w:b/>
                <w:sz w:val="24"/>
              </w:rPr>
              <w:t>Ký lại ngay</w:t>
            </w:r>
            <w:r>
              <w:rPr>
                <w:rFonts w:cs="Times New Roman"/>
                <w:sz w:val="24"/>
              </w:rPr>
              <w:t>.</w:t>
            </w:r>
          </w:p>
        </w:tc>
      </w:tr>
      <w:tr w:rsidR="00B90E66" w14:paraId="1CCB55DA" w14:textId="77777777">
        <w:trPr>
          <w:jc w:val="center"/>
        </w:trPr>
        <w:tc>
          <w:tcPr>
            <w:tcW w:w="3402" w:type="dxa"/>
          </w:tcPr>
          <w:p w14:paraId="49FAA092" w14:textId="77777777" w:rsidR="00B90E66" w:rsidRDefault="00000000">
            <w:r>
              <w:rPr>
                <w:rFonts w:cs="Times New Roman"/>
                <w:sz w:val="24"/>
              </w:rPr>
              <w:t>Không mở được tệp công văn</w:t>
            </w:r>
          </w:p>
        </w:tc>
        <w:tc>
          <w:tcPr>
            <w:tcW w:w="6237" w:type="dxa"/>
          </w:tcPr>
          <w:p w14:paraId="2EEEDE1A" w14:textId="77777777" w:rsidR="00B90E66" w:rsidRDefault="00000000">
            <w:r>
              <w:rPr>
                <w:rFonts w:cs="Times New Roman"/>
                <w:sz w:val="24"/>
              </w:rPr>
              <w:t xml:space="preserve">Chọn </w:t>
            </w:r>
            <w:r>
              <w:rPr>
                <w:rFonts w:cs="Times New Roman"/>
                <w:b/>
                <w:sz w:val="24"/>
              </w:rPr>
              <w:t>Lưu về máy</w:t>
            </w:r>
            <w:r>
              <w:rPr>
                <w:rFonts w:cs="Times New Roman"/>
                <w:sz w:val="24"/>
              </w:rPr>
              <w:t xml:space="preserve"> hoặc </w:t>
            </w:r>
            <w:r>
              <w:rPr>
                <w:rFonts w:cs="Times New Roman"/>
                <w:b/>
                <w:sz w:val="24"/>
              </w:rPr>
              <w:t>Chia sẻ</w:t>
            </w:r>
            <w:r>
              <w:rPr>
                <w:rFonts w:cs="Times New Roman"/>
                <w:sz w:val="24"/>
              </w:rPr>
              <w:t xml:space="preserve"> sang ứng dụng khác (Office, WPS).</w:t>
            </w:r>
          </w:p>
        </w:tc>
      </w:tr>
      <w:tr w:rsidR="00B90E66" w14:paraId="0D09B442" w14:textId="77777777">
        <w:trPr>
          <w:jc w:val="center"/>
        </w:trPr>
        <w:tc>
          <w:tcPr>
            <w:tcW w:w="3402" w:type="dxa"/>
          </w:tcPr>
          <w:p w14:paraId="3FA94DD5" w14:textId="77777777" w:rsidR="00B90E66" w:rsidRDefault="00000000">
            <w:r>
              <w:rPr>
                <w:rFonts w:cs="Times New Roman"/>
                <w:sz w:val="24"/>
              </w:rPr>
              <w:t>Dữ liệu khác với web</w:t>
            </w:r>
          </w:p>
        </w:tc>
        <w:tc>
          <w:tcPr>
            <w:tcW w:w="6237" w:type="dxa"/>
          </w:tcPr>
          <w:p w14:paraId="5D1BC2B6" w14:textId="77777777" w:rsidR="00B90E66" w:rsidRDefault="00000000">
            <w:r>
              <w:rPr>
                <w:rFonts w:cs="Times New Roman"/>
                <w:sz w:val="24"/>
              </w:rPr>
              <w:t>Kéo xuống để làm mới; vẫn khác thì báo lỗi kèm ảnh chụp hai bên.</w:t>
            </w:r>
          </w:p>
        </w:tc>
      </w:tr>
    </w:tbl>
    <w:p w14:paraId="48551048" w14:textId="77777777" w:rsidR="00B90E66" w:rsidRDefault="00B90E66">
      <w:pPr>
        <w:spacing w:after="4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237"/>
      </w:tblGrid>
      <w:tr w:rsidR="00B90E66" w14:paraId="69C3DD3C" w14:textId="77777777">
        <w:trPr>
          <w:tblHeader/>
          <w:jc w:val="center"/>
        </w:trPr>
        <w:tc>
          <w:tcPr>
            <w:tcW w:w="3402" w:type="dxa"/>
            <w:shd w:val="clear" w:color="auto" w:fill="053384"/>
          </w:tcPr>
          <w:p w14:paraId="025E7EDD" w14:textId="77777777" w:rsidR="00B90E66" w:rsidRDefault="00000000">
            <w:r>
              <w:rPr>
                <w:rFonts w:cs="Times New Roman"/>
                <w:b/>
                <w:color w:val="FFFFFF"/>
                <w:sz w:val="24"/>
              </w:rPr>
              <w:t>Vấn đề</w:t>
            </w:r>
          </w:p>
        </w:tc>
        <w:tc>
          <w:tcPr>
            <w:tcW w:w="6237" w:type="dxa"/>
            <w:shd w:val="clear" w:color="auto" w:fill="053384"/>
          </w:tcPr>
          <w:p w14:paraId="7E359C8E" w14:textId="77777777" w:rsidR="00B90E66" w:rsidRDefault="00000000">
            <w:r>
              <w:rPr>
                <w:rFonts w:cs="Times New Roman"/>
                <w:b/>
                <w:color w:val="FFFFFF"/>
                <w:sz w:val="24"/>
              </w:rPr>
              <w:t>Liên hệ</w:t>
            </w:r>
          </w:p>
        </w:tc>
      </w:tr>
      <w:tr w:rsidR="00B90E66" w14:paraId="30F1E7D7" w14:textId="77777777">
        <w:trPr>
          <w:jc w:val="center"/>
        </w:trPr>
        <w:tc>
          <w:tcPr>
            <w:tcW w:w="3402" w:type="dxa"/>
          </w:tcPr>
          <w:p w14:paraId="1A0B3C10" w14:textId="77777777" w:rsidR="00B90E66" w:rsidRDefault="00000000">
            <w:r>
              <w:rPr>
                <w:rFonts w:cs="Times New Roman"/>
                <w:sz w:val="24"/>
              </w:rPr>
              <w:t>Lỗi ứng dụng, tài khoản, phân quyền</w:t>
            </w:r>
          </w:p>
        </w:tc>
        <w:tc>
          <w:tcPr>
            <w:tcW w:w="6237" w:type="dxa"/>
          </w:tcPr>
          <w:p w14:paraId="3C0BEF8E" w14:textId="0139F683" w:rsidR="00B90E66" w:rsidRDefault="000420C5">
            <w:r>
              <w:rPr>
                <w:rFonts w:cs="Times New Roman"/>
                <w:sz w:val="24"/>
              </w:rPr>
              <w:t>Ban</w:t>
            </w:r>
            <w:r w:rsidR="00000000">
              <w:rPr>
                <w:rFonts w:cs="Times New Roman"/>
                <w:sz w:val="24"/>
              </w:rPr>
              <w:t xml:space="preserve"> Công nghệ Thông tin – </w:t>
            </w:r>
            <w:r w:rsidR="00000000">
              <w:rPr>
                <w:rFonts w:cs="Times New Roman"/>
                <w:b/>
                <w:sz w:val="24"/>
              </w:rPr>
              <w:t>phong.cntt@tvu.edu.vn</w:t>
            </w:r>
          </w:p>
        </w:tc>
      </w:tr>
      <w:tr w:rsidR="00B90E66" w14:paraId="399E87AA" w14:textId="77777777">
        <w:trPr>
          <w:jc w:val="center"/>
        </w:trPr>
        <w:tc>
          <w:tcPr>
            <w:tcW w:w="3402" w:type="dxa"/>
          </w:tcPr>
          <w:p w14:paraId="4B57E0FF" w14:textId="77777777" w:rsidR="00B90E66" w:rsidRDefault="00000000">
            <w:r>
              <w:rPr>
                <w:rFonts w:cs="Times New Roman"/>
                <w:sz w:val="24"/>
              </w:rPr>
              <w:t>Chứng thư số, MySign</w:t>
            </w:r>
          </w:p>
        </w:tc>
        <w:tc>
          <w:tcPr>
            <w:tcW w:w="6237" w:type="dxa"/>
          </w:tcPr>
          <w:p w14:paraId="055F71D4" w14:textId="77777777" w:rsidR="00B90E66" w:rsidRDefault="00000000">
            <w:r>
              <w:rPr>
                <w:rFonts w:cs="Times New Roman"/>
                <w:sz w:val="24"/>
              </w:rPr>
              <w:t>Đầu mối ký số của trường / hỗ trợ Viettel CA</w:t>
            </w:r>
          </w:p>
        </w:tc>
      </w:tr>
      <w:tr w:rsidR="00B90E66" w14:paraId="1D0F5CF2" w14:textId="77777777">
        <w:trPr>
          <w:jc w:val="center"/>
        </w:trPr>
        <w:tc>
          <w:tcPr>
            <w:tcW w:w="3402" w:type="dxa"/>
          </w:tcPr>
          <w:p w14:paraId="11C760B3" w14:textId="77777777" w:rsidR="00B90E66" w:rsidRDefault="00000000">
            <w:r>
              <w:rPr>
                <w:rFonts w:cs="Times New Roman"/>
                <w:sz w:val="24"/>
              </w:rPr>
              <w:t>Hồ sơ viên chức, nghỉ phép</w:t>
            </w:r>
          </w:p>
        </w:tc>
        <w:tc>
          <w:tcPr>
            <w:tcW w:w="6237" w:type="dxa"/>
          </w:tcPr>
          <w:p w14:paraId="28D561A2" w14:textId="77777777" w:rsidR="00B90E66" w:rsidRDefault="00000000">
            <w:r>
              <w:rPr>
                <w:rFonts w:cs="Times New Roman"/>
                <w:sz w:val="24"/>
              </w:rPr>
              <w:t>Ban Tổ chức Nhân sự</w:t>
            </w:r>
          </w:p>
        </w:tc>
      </w:tr>
      <w:tr w:rsidR="00B90E66" w14:paraId="4C94361B" w14:textId="77777777">
        <w:trPr>
          <w:jc w:val="center"/>
        </w:trPr>
        <w:tc>
          <w:tcPr>
            <w:tcW w:w="3402" w:type="dxa"/>
          </w:tcPr>
          <w:p w14:paraId="716D6243" w14:textId="77777777" w:rsidR="00B90E66" w:rsidRDefault="00000000">
            <w:r>
              <w:rPr>
                <w:rFonts w:cs="Times New Roman"/>
                <w:sz w:val="24"/>
              </w:rPr>
              <w:t>Thời khóa biểu giảng dạy</w:t>
            </w:r>
          </w:p>
        </w:tc>
        <w:tc>
          <w:tcPr>
            <w:tcW w:w="6237" w:type="dxa"/>
          </w:tcPr>
          <w:p w14:paraId="0C5FA6F1" w14:textId="296F7922" w:rsidR="00B90E66" w:rsidRDefault="000420C5">
            <w:r>
              <w:rPr>
                <w:rFonts w:cs="Times New Roman"/>
                <w:sz w:val="24"/>
              </w:rPr>
              <w:t>Ban</w:t>
            </w:r>
            <w:r w:rsidR="00000000">
              <w:rPr>
                <w:rFonts w:cs="Times New Roman"/>
                <w:sz w:val="24"/>
              </w:rPr>
              <w:t xml:space="preserve"> Đào tạo</w:t>
            </w:r>
          </w:p>
        </w:tc>
      </w:tr>
      <w:tr w:rsidR="00B90E66" w14:paraId="6BE4CD43" w14:textId="77777777">
        <w:trPr>
          <w:jc w:val="center"/>
        </w:trPr>
        <w:tc>
          <w:tcPr>
            <w:tcW w:w="3402" w:type="dxa"/>
          </w:tcPr>
          <w:p w14:paraId="6CEC7961" w14:textId="77777777" w:rsidR="00B90E66" w:rsidRDefault="00000000">
            <w:r>
              <w:rPr>
                <w:rFonts w:cs="Times New Roman"/>
                <w:sz w:val="24"/>
              </w:rPr>
              <w:t>Điều xe, công lệnh, lịch họp</w:t>
            </w:r>
          </w:p>
        </w:tc>
        <w:tc>
          <w:tcPr>
            <w:tcW w:w="6237" w:type="dxa"/>
          </w:tcPr>
          <w:p w14:paraId="46F97AB2" w14:textId="77777777" w:rsidR="00B90E66" w:rsidRDefault="00000000">
            <w:r>
              <w:rPr>
                <w:rFonts w:cs="Times New Roman"/>
                <w:sz w:val="24"/>
              </w:rPr>
              <w:t>Văn phòng Đại học</w:t>
            </w:r>
          </w:p>
        </w:tc>
      </w:tr>
    </w:tbl>
    <w:p w14:paraId="43A371EF" w14:textId="77777777" w:rsidR="00B90E66" w:rsidRDefault="00B90E66">
      <w:pPr>
        <w:spacing w:after="40"/>
      </w:pPr>
    </w:p>
    <w:sectPr w:rsidR="00B90E66" w:rsidSect="00034616">
      <w:headerReference w:type="default" r:id="rId40"/>
      <w:footerReference w:type="default" r:id="rId41"/>
      <w:pgSz w:w="11906" w:h="16838"/>
      <w:pgMar w:top="1134" w:right="1134" w:bottom="1020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4F6F7" w14:textId="77777777" w:rsidR="00E2606F" w:rsidRDefault="00E2606F">
      <w:pPr>
        <w:spacing w:after="0" w:line="240" w:lineRule="auto"/>
      </w:pPr>
      <w:r>
        <w:separator/>
      </w:r>
    </w:p>
  </w:endnote>
  <w:endnote w:type="continuationSeparator" w:id="0">
    <w:p w14:paraId="38923B94" w14:textId="77777777" w:rsidR="00E2606F" w:rsidRDefault="00E26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CF6F1" w14:textId="77777777" w:rsidR="00B90E66" w:rsidRDefault="00000000">
    <w:pPr>
      <w:pStyle w:val="Footer"/>
      <w:jc w:val="center"/>
    </w:pPr>
    <w:r>
      <w:rPr>
        <w:rFonts w:cs="Times New Roman"/>
        <w:color w:val="555E6E"/>
        <w:sz w:val="20"/>
      </w:rPr>
      <w:t xml:space="preserve">Trang </w:t>
    </w:r>
    <w:r>
      <w:rPr>
        <w:rFonts w:cs="Times New Roman"/>
        <w:sz w:val="20"/>
      </w:rPr>
      <w:fldChar w:fldCharType="begin"/>
    </w:r>
    <w:r>
      <w:rPr>
        <w:rFonts w:cs="Times New Roman"/>
        <w:sz w:val="20"/>
      </w:rPr>
      <w:instrText>PAGE</w:instrText>
    </w:r>
    <w:r>
      <w:rPr>
        <w:rFonts w:cs="Times New Roman"/>
        <w:sz w:val="20"/>
      </w:rPr>
      <w:fldChar w:fldCharType="separate"/>
    </w:r>
    <w:r>
      <w:rPr>
        <w:rFonts w:cs="Times New Roman"/>
        <w:sz w:val="20"/>
      </w:rPr>
      <w:t>…</w:t>
    </w:r>
    <w:r>
      <w:rPr>
        <w:rFonts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22023" w14:textId="77777777" w:rsidR="00E2606F" w:rsidRDefault="00E2606F">
      <w:pPr>
        <w:spacing w:after="0" w:line="240" w:lineRule="auto"/>
      </w:pPr>
      <w:r>
        <w:separator/>
      </w:r>
    </w:p>
  </w:footnote>
  <w:footnote w:type="continuationSeparator" w:id="0">
    <w:p w14:paraId="5CC57B16" w14:textId="77777777" w:rsidR="00E2606F" w:rsidRDefault="00E26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A1869" w14:textId="77777777" w:rsidR="00B90E66" w:rsidRDefault="00000000">
    <w:pPr>
      <w:pStyle w:val="Header"/>
      <w:jc w:val="right"/>
    </w:pPr>
    <w:r>
      <w:rPr>
        <w:rFonts w:cs="Times New Roman"/>
        <w:i/>
        <w:color w:val="555E6E"/>
        <w:sz w:val="20"/>
      </w:rPr>
      <w:t>Hướng dẫn sử dụng TVU Mobile – Giảng viên, viên chức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6047588">
    <w:abstractNumId w:val="8"/>
  </w:num>
  <w:num w:numId="2" w16cid:durableId="2011522148">
    <w:abstractNumId w:val="6"/>
  </w:num>
  <w:num w:numId="3" w16cid:durableId="1954244973">
    <w:abstractNumId w:val="5"/>
  </w:num>
  <w:num w:numId="4" w16cid:durableId="246041032">
    <w:abstractNumId w:val="4"/>
  </w:num>
  <w:num w:numId="5" w16cid:durableId="788201505">
    <w:abstractNumId w:val="7"/>
  </w:num>
  <w:num w:numId="6" w16cid:durableId="1936791329">
    <w:abstractNumId w:val="3"/>
  </w:num>
  <w:num w:numId="7" w16cid:durableId="1957364931">
    <w:abstractNumId w:val="2"/>
  </w:num>
  <w:num w:numId="8" w16cid:durableId="525874506">
    <w:abstractNumId w:val="1"/>
  </w:num>
  <w:num w:numId="9" w16cid:durableId="1452820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0C5"/>
    <w:rsid w:val="0006063C"/>
    <w:rsid w:val="0015074B"/>
    <w:rsid w:val="0027738C"/>
    <w:rsid w:val="0029639D"/>
    <w:rsid w:val="00326F90"/>
    <w:rsid w:val="00780C63"/>
    <w:rsid w:val="008C2405"/>
    <w:rsid w:val="00AA1D8D"/>
    <w:rsid w:val="00B47730"/>
    <w:rsid w:val="00B64285"/>
    <w:rsid w:val="00B90E66"/>
    <w:rsid w:val="00C95536"/>
    <w:rsid w:val="00CB0664"/>
    <w:rsid w:val="00E260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8DA25F"/>
  <w14:defaultImageDpi w14:val="300"/>
  <w15:docId w15:val="{F1E5BD94-C3EB-4DEC-A10D-3E578BA71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cs="Times New Roman"/>
      <w:b/>
      <w:bCs/>
      <w:color w:val="05338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="Times New Roman"/>
      <w:b/>
      <w:bCs/>
      <w:color w:val="053384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cs="Times New Roman"/>
      <w:b/>
      <w:bCs/>
      <w:color w:val="053384"/>
      <w:sz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i/>
      <w:color w:val="555E6E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C9553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955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png"/><Relationship Id="rId39" Type="http://schemas.openxmlformats.org/officeDocument/2006/relationships/image" Target="media/image32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image" Target="media/image22.jp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pn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Đức Nhuận Lê</cp:lastModifiedBy>
  <cp:revision>4</cp:revision>
  <dcterms:created xsi:type="dcterms:W3CDTF">2013-12-23T23:15:00Z</dcterms:created>
  <dcterms:modified xsi:type="dcterms:W3CDTF">2026-10-08T09:54:00Z</dcterms:modified>
  <cp:category/>
</cp:coreProperties>
</file>